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D68C" w14:textId="77777777" w:rsidR="00FD7206" w:rsidRPr="004767FD" w:rsidRDefault="00000000">
      <w:pPr>
        <w:spacing w:after="20"/>
        <w:jc w:val="center"/>
        <w:rPr>
          <w:lang w:val="nl-NL"/>
        </w:rPr>
      </w:pPr>
      <w:r w:rsidRPr="004767FD">
        <w:rPr>
          <w:b/>
          <w:color w:val="5C7A50"/>
          <w:sz w:val="36"/>
          <w:lang w:val="nl-NL"/>
        </w:rPr>
        <w:t>Regie over Slaap</w:t>
      </w:r>
    </w:p>
    <w:p w14:paraId="51C971A7" w14:textId="77777777" w:rsidR="00FD7206" w:rsidRPr="004767FD" w:rsidRDefault="00000000">
      <w:pPr>
        <w:spacing w:after="80"/>
        <w:jc w:val="center"/>
        <w:rPr>
          <w:lang w:val="nl-NL"/>
        </w:rPr>
      </w:pPr>
      <w:r w:rsidRPr="004767FD">
        <w:rPr>
          <w:color w:val="323232"/>
          <w:sz w:val="24"/>
          <w:lang w:val="nl-NL"/>
        </w:rPr>
        <w:t>Zelfreflectie &amp; Actieplan</w:t>
      </w:r>
    </w:p>
    <w:p w14:paraId="381A07BC" w14:textId="74CE5D79" w:rsidR="00FD7206" w:rsidRPr="004767FD" w:rsidRDefault="00000000">
      <w:pPr>
        <w:spacing w:after="20"/>
        <w:rPr>
          <w:lang w:val="nl-NL"/>
        </w:rPr>
      </w:pPr>
      <w:r w:rsidRPr="004767FD">
        <w:rPr>
          <w:color w:val="323232"/>
          <w:sz w:val="21"/>
          <w:lang w:val="nl-NL"/>
        </w:rPr>
        <w:t>Naam: ______________________</w:t>
      </w:r>
      <w:r w:rsidR="004767FD" w:rsidRPr="004767FD">
        <w:rPr>
          <w:color w:val="323232"/>
          <w:sz w:val="21"/>
          <w:lang w:val="nl-NL"/>
        </w:rPr>
        <w:t>__________</w:t>
      </w:r>
      <w:r w:rsidR="004767FD">
        <w:rPr>
          <w:color w:val="323232"/>
          <w:sz w:val="21"/>
          <w:lang w:val="nl-NL"/>
        </w:rPr>
        <w:tab/>
      </w:r>
      <w:r w:rsidR="004767FD">
        <w:rPr>
          <w:color w:val="323232"/>
          <w:sz w:val="21"/>
          <w:lang w:val="nl-NL"/>
        </w:rPr>
        <w:tab/>
      </w:r>
      <w:r w:rsidRPr="004767FD">
        <w:rPr>
          <w:color w:val="323232"/>
          <w:sz w:val="21"/>
          <w:lang w:val="nl-NL"/>
        </w:rPr>
        <w:t xml:space="preserve">    Datum: ______________________</w:t>
      </w:r>
    </w:p>
    <w:p w14:paraId="59A778A2" w14:textId="77777777" w:rsidR="00FD7206" w:rsidRPr="004767FD" w:rsidRDefault="00FD7206">
      <w:pPr>
        <w:pBdr>
          <w:bottom w:val="single" w:sz="4" w:space="1" w:color="AFC8B2"/>
        </w:pBdr>
        <w:rPr>
          <w:lang w:val="nl-NL"/>
        </w:rPr>
      </w:pPr>
    </w:p>
    <w:p w14:paraId="08CBC7AE" w14:textId="77777777" w:rsidR="00FD7206" w:rsidRPr="004767FD" w:rsidRDefault="00FD7206">
      <w:pPr>
        <w:rPr>
          <w:lang w:val="nl-NL"/>
        </w:rPr>
      </w:pPr>
    </w:p>
    <w:p w14:paraId="0CB8161C" w14:textId="1C681662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 xml:space="preserve">1. </w:t>
      </w:r>
      <w:proofErr w:type="spellStart"/>
      <w:r w:rsidRPr="00372071">
        <w:rPr>
          <w:b/>
          <w:color w:val="5C7A50"/>
          <w:sz w:val="28"/>
          <w:szCs w:val="28"/>
        </w:rPr>
        <w:t>Huidige</w:t>
      </w:r>
      <w:proofErr w:type="spellEnd"/>
      <w:r w:rsidRPr="00372071">
        <w:rPr>
          <w:b/>
          <w:color w:val="5C7A50"/>
          <w:sz w:val="28"/>
          <w:szCs w:val="28"/>
        </w:rPr>
        <w:t xml:space="preserve"> </w:t>
      </w:r>
      <w:proofErr w:type="spellStart"/>
      <w:r w:rsidR="0014366D">
        <w:rPr>
          <w:b/>
          <w:color w:val="5C7A50"/>
          <w:sz w:val="28"/>
          <w:szCs w:val="28"/>
        </w:rPr>
        <w:t>s</w:t>
      </w:r>
      <w:r w:rsidRPr="00372071">
        <w:rPr>
          <w:b/>
          <w:color w:val="5C7A50"/>
          <w:sz w:val="28"/>
          <w:szCs w:val="28"/>
        </w:rPr>
        <w:t>laapsituatie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43F3C79C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0D34F6FC" w14:textId="0F51E6FE" w:rsidR="00FD7206" w:rsidRPr="0014366D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Beschrijf je slaappatroon van de afgelopen week</w:t>
            </w:r>
            <w:r w:rsidR="0014366D">
              <w:rPr>
                <w:sz w:val="24"/>
                <w:szCs w:val="24"/>
                <w:lang w:val="nl-NL"/>
              </w:rPr>
              <w:t>: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>Gemiddelde slaap</w:t>
            </w:r>
            <w:r w:rsidR="004767FD" w:rsidRPr="00372071">
              <w:rPr>
                <w:sz w:val="24"/>
                <w:szCs w:val="24"/>
                <w:lang w:val="nl-NL"/>
              </w:rPr>
              <w:t>uren</w:t>
            </w:r>
            <w:r w:rsidRPr="00372071">
              <w:rPr>
                <w:sz w:val="24"/>
                <w:szCs w:val="24"/>
                <w:lang w:val="nl-NL"/>
              </w:rPr>
              <w:t xml:space="preserve"> per nacht: _____</w:t>
            </w:r>
            <w:r w:rsidR="0014366D">
              <w:rPr>
                <w:sz w:val="24"/>
                <w:szCs w:val="24"/>
                <w:lang w:val="nl-NL"/>
              </w:rPr>
              <w:t xml:space="preserve"> </w:t>
            </w:r>
            <w:r w:rsidRPr="00372071">
              <w:rPr>
                <w:sz w:val="24"/>
                <w:szCs w:val="24"/>
                <w:lang w:val="nl-NL"/>
              </w:rPr>
              <w:t xml:space="preserve">  |</w:t>
            </w:r>
            <w:r w:rsidR="0014366D">
              <w:rPr>
                <w:sz w:val="24"/>
                <w:szCs w:val="24"/>
                <w:lang w:val="nl-NL"/>
              </w:rPr>
              <w:t xml:space="preserve"> </w:t>
            </w:r>
            <w:r w:rsidRPr="00372071">
              <w:rPr>
                <w:sz w:val="24"/>
                <w:szCs w:val="24"/>
                <w:lang w:val="nl-NL"/>
              </w:rPr>
              <w:t xml:space="preserve">  </w:t>
            </w:r>
            <w:r w:rsidR="004767FD" w:rsidRPr="00372071">
              <w:rPr>
                <w:sz w:val="24"/>
                <w:szCs w:val="24"/>
                <w:lang w:val="nl-NL"/>
              </w:rPr>
              <w:t>Tijd waarop naar</w:t>
            </w:r>
            <w:r w:rsidRPr="00372071">
              <w:rPr>
                <w:sz w:val="24"/>
                <w:szCs w:val="24"/>
                <w:lang w:val="nl-NL"/>
              </w:rPr>
              <w:t xml:space="preserve"> bed: _____ </w:t>
            </w:r>
            <w:r w:rsidR="0014366D">
              <w:rPr>
                <w:sz w:val="24"/>
                <w:szCs w:val="24"/>
                <w:lang w:val="nl-NL"/>
              </w:rPr>
              <w:t xml:space="preserve"> </w:t>
            </w:r>
            <w:r w:rsidRPr="00372071">
              <w:rPr>
                <w:sz w:val="24"/>
                <w:szCs w:val="24"/>
                <w:lang w:val="nl-NL"/>
              </w:rPr>
              <w:t xml:space="preserve"> | </w:t>
            </w:r>
            <w:r w:rsidR="0014366D">
              <w:rPr>
                <w:sz w:val="24"/>
                <w:szCs w:val="24"/>
                <w:lang w:val="nl-NL"/>
              </w:rPr>
              <w:t xml:space="preserve"> </w:t>
            </w:r>
            <w:r w:rsidRPr="00372071">
              <w:rPr>
                <w:sz w:val="24"/>
                <w:szCs w:val="24"/>
                <w:lang w:val="nl-NL"/>
              </w:rPr>
              <w:t xml:space="preserve"> </w:t>
            </w:r>
            <w:r w:rsidR="004767FD" w:rsidRPr="00372071">
              <w:rPr>
                <w:sz w:val="24"/>
                <w:szCs w:val="24"/>
                <w:lang w:val="nl-NL"/>
              </w:rPr>
              <w:t>Tijd waarop w</w:t>
            </w:r>
            <w:r w:rsidRPr="00372071">
              <w:rPr>
                <w:sz w:val="24"/>
                <w:szCs w:val="24"/>
                <w:lang w:val="nl-NL"/>
              </w:rPr>
              <w:t>akker: _____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="006A1E6C" w:rsidRPr="00372071">
              <w:rPr>
                <w:sz w:val="24"/>
                <w:szCs w:val="24"/>
                <w:lang w:val="nl-NL"/>
              </w:rPr>
              <w:t>Hoe vaak wordt je w</w:t>
            </w:r>
            <w:r w:rsidRPr="00372071">
              <w:rPr>
                <w:sz w:val="24"/>
                <w:szCs w:val="24"/>
                <w:lang w:val="nl-NL"/>
              </w:rPr>
              <w:t>akker ’s nachts?</w:t>
            </w:r>
            <w:r w:rsidR="00AE223A">
              <w:rPr>
                <w:sz w:val="24"/>
                <w:szCs w:val="24"/>
                <w:lang w:val="nl-NL"/>
              </w:rPr>
              <w:t>:</w:t>
            </w:r>
            <w:r w:rsidRPr="00372071">
              <w:rPr>
                <w:sz w:val="24"/>
                <w:szCs w:val="24"/>
                <w:lang w:val="nl-NL"/>
              </w:rPr>
              <w:t xml:space="preserve"> _____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 xml:space="preserve">Hoe voel je je bij het opstaan? </w:t>
            </w:r>
            <w:r w:rsidRPr="0014366D">
              <w:rPr>
                <w:sz w:val="24"/>
                <w:szCs w:val="24"/>
                <w:lang w:val="nl-NL"/>
              </w:rPr>
              <w:t>(bijv</w:t>
            </w:r>
            <w:r w:rsidR="006A1E6C" w:rsidRPr="0014366D">
              <w:rPr>
                <w:sz w:val="24"/>
                <w:szCs w:val="24"/>
                <w:lang w:val="nl-NL"/>
              </w:rPr>
              <w:t>.</w:t>
            </w:r>
            <w:r w:rsidRPr="0014366D">
              <w:rPr>
                <w:sz w:val="24"/>
                <w:szCs w:val="24"/>
                <w:lang w:val="nl-NL"/>
              </w:rPr>
              <w:t xml:space="preserve"> uitgerust, moe</w:t>
            </w:r>
            <w:r w:rsidR="0014366D">
              <w:rPr>
                <w:sz w:val="24"/>
                <w:szCs w:val="24"/>
                <w:lang w:val="nl-NL"/>
              </w:rPr>
              <w:t>, verward</w:t>
            </w:r>
            <w:r w:rsidRPr="0014366D">
              <w:rPr>
                <w:sz w:val="24"/>
                <w:szCs w:val="24"/>
                <w:lang w:val="nl-NL"/>
              </w:rPr>
              <w:t>): _____</w:t>
            </w:r>
          </w:p>
        </w:tc>
      </w:tr>
    </w:tbl>
    <w:p w14:paraId="7A3D8FFF" w14:textId="77777777" w:rsidR="00FD7206" w:rsidRPr="0014366D" w:rsidRDefault="00FD7206">
      <w:pPr>
        <w:rPr>
          <w:sz w:val="24"/>
          <w:szCs w:val="24"/>
          <w:lang w:val="nl-NL"/>
        </w:rPr>
      </w:pPr>
    </w:p>
    <w:p w14:paraId="26CA3228" w14:textId="77777777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 xml:space="preserve">2. </w:t>
      </w:r>
      <w:proofErr w:type="spellStart"/>
      <w:r w:rsidRPr="00372071">
        <w:rPr>
          <w:b/>
          <w:color w:val="5C7A50"/>
          <w:sz w:val="28"/>
          <w:szCs w:val="28"/>
        </w:rPr>
        <w:t>Slaapkwaliteit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4669CB4A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3BC670B9" w14:textId="03A1242B" w:rsidR="00FD7206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Wat ervaar je als grootste uitdagingen</w:t>
            </w:r>
            <w:r w:rsidR="006A1E6C" w:rsidRPr="00372071">
              <w:rPr>
                <w:sz w:val="24"/>
                <w:szCs w:val="24"/>
                <w:lang w:val="nl-NL"/>
              </w:rPr>
              <w:t xml:space="preserve"> bij slaap</w:t>
            </w:r>
            <w:r w:rsidRPr="00372071">
              <w:rPr>
                <w:sz w:val="24"/>
                <w:szCs w:val="24"/>
                <w:lang w:val="nl-NL"/>
              </w:rPr>
              <w:t>?</w:t>
            </w:r>
            <w:r w:rsidR="0014366D">
              <w:rPr>
                <w:sz w:val="24"/>
                <w:szCs w:val="24"/>
                <w:lang w:val="nl-NL"/>
              </w:rPr>
              <w:t xml:space="preserve"> (bijv. moeite met inslapen, te vroeg wakker, slecht doorslapen, onrustige dromen, ademhalingsproblemen, anders?):</w:t>
            </w:r>
          </w:p>
          <w:p w14:paraId="35F30093" w14:textId="3DF8BCAB" w:rsidR="0014366D" w:rsidRPr="00372071" w:rsidRDefault="0014366D">
            <w:pPr>
              <w:rPr>
                <w:sz w:val="24"/>
                <w:szCs w:val="24"/>
                <w:lang w:val="nl-NL"/>
              </w:rPr>
            </w:pPr>
          </w:p>
        </w:tc>
      </w:tr>
    </w:tbl>
    <w:p w14:paraId="63A89F16" w14:textId="77777777" w:rsidR="00FD7206" w:rsidRPr="00372071" w:rsidRDefault="00FD7206">
      <w:pPr>
        <w:rPr>
          <w:sz w:val="24"/>
          <w:szCs w:val="24"/>
          <w:lang w:val="nl-NL"/>
        </w:rPr>
      </w:pPr>
    </w:p>
    <w:p w14:paraId="56EBFA97" w14:textId="7CC9D548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 xml:space="preserve">3. </w:t>
      </w:r>
      <w:proofErr w:type="spellStart"/>
      <w:r w:rsidRPr="00372071">
        <w:rPr>
          <w:b/>
          <w:color w:val="5C7A50"/>
          <w:sz w:val="28"/>
          <w:szCs w:val="28"/>
        </w:rPr>
        <w:t>Factoren</w:t>
      </w:r>
      <w:proofErr w:type="spellEnd"/>
      <w:r w:rsidRPr="00372071">
        <w:rPr>
          <w:b/>
          <w:color w:val="5C7A50"/>
          <w:sz w:val="28"/>
          <w:szCs w:val="28"/>
        </w:rPr>
        <w:t xml:space="preserve"> die </w:t>
      </w:r>
      <w:proofErr w:type="spellStart"/>
      <w:r w:rsidR="0014366D">
        <w:rPr>
          <w:b/>
          <w:color w:val="5C7A50"/>
          <w:sz w:val="28"/>
          <w:szCs w:val="28"/>
        </w:rPr>
        <w:t>s</w:t>
      </w:r>
      <w:r w:rsidR="00F55E4B" w:rsidRPr="00372071">
        <w:rPr>
          <w:b/>
          <w:color w:val="5C7A50"/>
          <w:sz w:val="28"/>
          <w:szCs w:val="28"/>
        </w:rPr>
        <w:t>laap</w:t>
      </w:r>
      <w:proofErr w:type="spellEnd"/>
      <w:r w:rsidR="00F55E4B" w:rsidRPr="00372071">
        <w:rPr>
          <w:b/>
          <w:color w:val="5C7A50"/>
          <w:sz w:val="28"/>
          <w:szCs w:val="28"/>
        </w:rPr>
        <w:t xml:space="preserve"> </w:t>
      </w:r>
      <w:proofErr w:type="spellStart"/>
      <w:r w:rsidR="0014366D">
        <w:rPr>
          <w:b/>
          <w:color w:val="5C7A50"/>
          <w:sz w:val="28"/>
          <w:szCs w:val="28"/>
        </w:rPr>
        <w:t>b</w:t>
      </w:r>
      <w:r w:rsidR="00F55E4B" w:rsidRPr="00372071">
        <w:rPr>
          <w:b/>
          <w:color w:val="5C7A50"/>
          <w:sz w:val="28"/>
          <w:szCs w:val="28"/>
        </w:rPr>
        <w:t>eïnvloeden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370EA533" w14:textId="77777777" w:rsidTr="00F55E4B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0" w:color="AFC8B2"/>
              <w:right w:val="single" w:sz="4" w:space="1" w:color="AFC8B2"/>
            </w:tcBorders>
            <w:shd w:val="clear" w:color="auto" w:fill="FBF9F4"/>
          </w:tcPr>
          <w:p w14:paraId="35F94667" w14:textId="04BAFA28" w:rsidR="00FD7206" w:rsidRPr="00372071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Wat kan jouw slaap beïnvloeden?</w:t>
            </w:r>
            <w:r w:rsidRPr="00372071">
              <w:rPr>
                <w:sz w:val="24"/>
                <w:szCs w:val="24"/>
                <w:lang w:val="nl-NL"/>
              </w:rPr>
              <w:br/>
              <w:t>• Lichamelijk (</w:t>
            </w:r>
            <w:r w:rsidR="0014366D">
              <w:rPr>
                <w:sz w:val="24"/>
                <w:szCs w:val="24"/>
                <w:lang w:val="nl-NL"/>
              </w:rPr>
              <w:t xml:space="preserve">bijv. </w:t>
            </w:r>
            <w:r w:rsidRPr="00372071">
              <w:rPr>
                <w:sz w:val="24"/>
                <w:szCs w:val="24"/>
                <w:lang w:val="nl-NL"/>
              </w:rPr>
              <w:t>pijn, vermoeidheid</w:t>
            </w:r>
            <w:r w:rsidR="00AE223A">
              <w:rPr>
                <w:sz w:val="24"/>
                <w:szCs w:val="24"/>
                <w:lang w:val="nl-NL"/>
              </w:rPr>
              <w:t>, jeuk</w:t>
            </w:r>
            <w:r w:rsidRPr="00372071">
              <w:rPr>
                <w:sz w:val="24"/>
                <w:szCs w:val="24"/>
                <w:lang w:val="nl-NL"/>
              </w:rPr>
              <w:t>): _____</w:t>
            </w:r>
            <w:r w:rsidRPr="00372071">
              <w:rPr>
                <w:sz w:val="24"/>
                <w:szCs w:val="24"/>
                <w:lang w:val="nl-NL"/>
              </w:rPr>
              <w:br/>
              <w:t>• Psychologisch (</w:t>
            </w:r>
            <w:r w:rsidR="0014366D">
              <w:rPr>
                <w:sz w:val="24"/>
                <w:szCs w:val="24"/>
                <w:lang w:val="nl-NL"/>
              </w:rPr>
              <w:t xml:space="preserve">bijv. </w:t>
            </w:r>
            <w:r w:rsidRPr="00372071">
              <w:rPr>
                <w:sz w:val="24"/>
                <w:szCs w:val="24"/>
                <w:lang w:val="nl-NL"/>
              </w:rPr>
              <w:t>stress, zorgen</w:t>
            </w:r>
            <w:r w:rsidR="00F55E4B" w:rsidRPr="00372071">
              <w:rPr>
                <w:sz w:val="24"/>
                <w:szCs w:val="24"/>
                <w:lang w:val="nl-NL"/>
              </w:rPr>
              <w:t>, angst</w:t>
            </w:r>
            <w:r w:rsidRPr="00372071">
              <w:rPr>
                <w:sz w:val="24"/>
                <w:szCs w:val="24"/>
                <w:lang w:val="nl-NL"/>
              </w:rPr>
              <w:t>): _____</w:t>
            </w:r>
            <w:r w:rsidRPr="00372071">
              <w:rPr>
                <w:sz w:val="24"/>
                <w:szCs w:val="24"/>
                <w:lang w:val="nl-NL"/>
              </w:rPr>
              <w:br/>
              <w:t>• Omgeving (</w:t>
            </w:r>
            <w:r w:rsidR="0014366D">
              <w:rPr>
                <w:sz w:val="24"/>
                <w:szCs w:val="24"/>
                <w:lang w:val="nl-NL"/>
              </w:rPr>
              <w:t xml:space="preserve">bijv. </w:t>
            </w:r>
            <w:r w:rsidRPr="00372071">
              <w:rPr>
                <w:sz w:val="24"/>
                <w:szCs w:val="24"/>
                <w:lang w:val="nl-NL"/>
              </w:rPr>
              <w:t>lawaai, licht, temperatuur): _____</w:t>
            </w:r>
            <w:r w:rsidRPr="00372071">
              <w:rPr>
                <w:sz w:val="24"/>
                <w:szCs w:val="24"/>
                <w:lang w:val="nl-NL"/>
              </w:rPr>
              <w:br/>
              <w:t>• Middelen (</w:t>
            </w:r>
            <w:r w:rsidR="0014366D">
              <w:rPr>
                <w:sz w:val="24"/>
                <w:szCs w:val="24"/>
                <w:lang w:val="nl-NL"/>
              </w:rPr>
              <w:t xml:space="preserve">bijv. </w:t>
            </w:r>
            <w:r w:rsidRPr="00372071">
              <w:rPr>
                <w:sz w:val="24"/>
                <w:szCs w:val="24"/>
                <w:lang w:val="nl-NL"/>
              </w:rPr>
              <w:t>cafeïne, alcohol, medicatie): _____</w:t>
            </w:r>
          </w:p>
        </w:tc>
      </w:tr>
    </w:tbl>
    <w:p w14:paraId="47E46FD1" w14:textId="77777777" w:rsidR="00FD7206" w:rsidRPr="00372071" w:rsidRDefault="00FD7206">
      <w:pPr>
        <w:rPr>
          <w:sz w:val="24"/>
          <w:szCs w:val="24"/>
          <w:lang w:val="nl-NL"/>
        </w:rPr>
      </w:pPr>
    </w:p>
    <w:p w14:paraId="21A27A0C" w14:textId="639C4CEC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>4. Ge</w:t>
      </w:r>
      <w:r w:rsidR="00F55E4B" w:rsidRPr="00372071">
        <w:rPr>
          <w:b/>
          <w:color w:val="5C7A50"/>
          <w:sz w:val="28"/>
          <w:szCs w:val="28"/>
        </w:rPr>
        <w:t xml:space="preserve">drag </w:t>
      </w:r>
      <w:proofErr w:type="spellStart"/>
      <w:r w:rsidR="00F55E4B" w:rsidRPr="00372071">
        <w:rPr>
          <w:b/>
          <w:color w:val="5C7A50"/>
          <w:sz w:val="28"/>
          <w:szCs w:val="28"/>
        </w:rPr>
        <w:t>en</w:t>
      </w:r>
      <w:proofErr w:type="spellEnd"/>
      <w:r w:rsidR="00F55E4B" w:rsidRPr="00372071">
        <w:rPr>
          <w:b/>
          <w:color w:val="5C7A50"/>
          <w:sz w:val="28"/>
          <w:szCs w:val="28"/>
        </w:rPr>
        <w:t xml:space="preserve"> </w:t>
      </w:r>
      <w:proofErr w:type="spellStart"/>
      <w:r w:rsidR="0014366D">
        <w:rPr>
          <w:b/>
          <w:color w:val="5C7A50"/>
          <w:sz w:val="28"/>
          <w:szCs w:val="28"/>
        </w:rPr>
        <w:t>g</w:t>
      </w:r>
      <w:r w:rsidR="00F55E4B" w:rsidRPr="00372071">
        <w:rPr>
          <w:b/>
          <w:color w:val="5C7A50"/>
          <w:sz w:val="28"/>
          <w:szCs w:val="28"/>
        </w:rPr>
        <w:t>ewoonten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7AE8B9A6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7130DF05" w14:textId="7D314314" w:rsidR="00FD7206" w:rsidRPr="00372071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Welke gewoonten spelen een rol?</w:t>
            </w:r>
            <w:r w:rsidRPr="00372071">
              <w:rPr>
                <w:sz w:val="24"/>
                <w:szCs w:val="24"/>
                <w:lang w:val="nl-NL"/>
              </w:rPr>
              <w:br/>
              <w:t xml:space="preserve">• Schermgebruik voor slapen: _____  </w:t>
            </w:r>
            <w:r w:rsidR="00F55E4B" w:rsidRPr="00372071">
              <w:rPr>
                <w:sz w:val="24"/>
                <w:szCs w:val="24"/>
                <w:lang w:val="nl-NL"/>
              </w:rPr>
              <w:br/>
            </w:r>
            <w:r w:rsidRPr="00372071">
              <w:rPr>
                <w:sz w:val="24"/>
                <w:szCs w:val="24"/>
                <w:lang w:val="nl-NL"/>
              </w:rPr>
              <w:t>• Eten/drinken laat op avond: _____</w:t>
            </w:r>
            <w:r w:rsidRPr="00372071">
              <w:rPr>
                <w:sz w:val="24"/>
                <w:szCs w:val="24"/>
                <w:lang w:val="nl-NL"/>
              </w:rPr>
              <w:br/>
              <w:t xml:space="preserve">• Sport vlak voor slapen: _____  </w:t>
            </w:r>
            <w:r w:rsidR="00F55E4B" w:rsidRPr="00372071">
              <w:rPr>
                <w:sz w:val="24"/>
                <w:szCs w:val="24"/>
                <w:lang w:val="nl-NL"/>
              </w:rPr>
              <w:br/>
            </w:r>
            <w:r w:rsidRPr="00372071">
              <w:rPr>
                <w:sz w:val="24"/>
                <w:szCs w:val="24"/>
                <w:lang w:val="nl-NL"/>
              </w:rPr>
              <w:t>• Regelmatige bedtijd: _____</w:t>
            </w:r>
          </w:p>
        </w:tc>
      </w:tr>
    </w:tbl>
    <w:p w14:paraId="4D2718CE" w14:textId="77777777" w:rsidR="00FD7206" w:rsidRPr="00372071" w:rsidRDefault="00FD7206">
      <w:pPr>
        <w:rPr>
          <w:sz w:val="24"/>
          <w:szCs w:val="24"/>
          <w:lang w:val="nl-NL"/>
        </w:rPr>
      </w:pPr>
    </w:p>
    <w:p w14:paraId="6FEF6848" w14:textId="367F9258" w:rsidR="00FD7206" w:rsidRPr="00372071" w:rsidRDefault="00000000">
      <w:pPr>
        <w:spacing w:after="20"/>
        <w:rPr>
          <w:sz w:val="28"/>
          <w:szCs w:val="28"/>
          <w:lang w:val="nl-NL"/>
        </w:rPr>
      </w:pPr>
      <w:r w:rsidRPr="00372071">
        <w:rPr>
          <w:b/>
          <w:color w:val="5C7A50"/>
          <w:sz w:val="28"/>
          <w:szCs w:val="28"/>
          <w:lang w:val="nl-NL"/>
        </w:rPr>
        <w:t xml:space="preserve">5. Doelen </w:t>
      </w:r>
      <w:r w:rsidR="0014366D">
        <w:rPr>
          <w:b/>
          <w:color w:val="5C7A50"/>
          <w:sz w:val="28"/>
          <w:szCs w:val="28"/>
          <w:lang w:val="nl-NL"/>
        </w:rPr>
        <w:t>stellen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32486A1A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4E807D01" w14:textId="7CD63226" w:rsidR="00FD7206" w:rsidRPr="00372071" w:rsidRDefault="00F55E4B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Wat zou je willen veranderen in je slaapgedrag of omgeving? Stel 1–3 haalbare doelen voor jezelf.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 xml:space="preserve">Doel 1 (bijv. eerder naar bed, </w:t>
            </w:r>
            <w:r w:rsidR="00AE223A">
              <w:rPr>
                <w:sz w:val="24"/>
                <w:szCs w:val="24"/>
                <w:lang w:val="nl-NL"/>
              </w:rPr>
              <w:t>minder schermtijd</w:t>
            </w:r>
            <w:r w:rsidRPr="00372071">
              <w:rPr>
                <w:sz w:val="24"/>
                <w:szCs w:val="24"/>
                <w:lang w:val="nl-NL"/>
              </w:rPr>
              <w:t>): ______________________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 xml:space="preserve">Doel 2 (bijv. </w:t>
            </w:r>
            <w:r w:rsidR="0014366D">
              <w:rPr>
                <w:sz w:val="24"/>
                <w:szCs w:val="24"/>
                <w:lang w:val="nl-NL"/>
              </w:rPr>
              <w:t>omgeving aanpassen</w:t>
            </w:r>
            <w:r w:rsidRPr="00372071">
              <w:rPr>
                <w:sz w:val="24"/>
                <w:szCs w:val="24"/>
                <w:lang w:val="nl-NL"/>
              </w:rPr>
              <w:t>, meer ontspanning): ______________________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lastRenderedPageBreak/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 xml:space="preserve">Doel 3 (bijv. </w:t>
            </w:r>
            <w:r w:rsidR="00AE223A">
              <w:rPr>
                <w:sz w:val="24"/>
                <w:szCs w:val="24"/>
                <w:lang w:val="nl-NL"/>
              </w:rPr>
              <w:t xml:space="preserve">minder </w:t>
            </w:r>
            <w:r w:rsidR="00F75050">
              <w:rPr>
                <w:sz w:val="24"/>
                <w:szCs w:val="24"/>
                <w:lang w:val="nl-NL"/>
              </w:rPr>
              <w:t>cafeïne</w:t>
            </w:r>
            <w:r w:rsidRPr="00372071">
              <w:rPr>
                <w:sz w:val="24"/>
                <w:szCs w:val="24"/>
                <w:lang w:val="nl-NL"/>
              </w:rPr>
              <w:t>, lichaamsbeweging overdag): ______________________</w:t>
            </w:r>
          </w:p>
        </w:tc>
      </w:tr>
    </w:tbl>
    <w:p w14:paraId="1F1B4003" w14:textId="77777777" w:rsidR="00FD7206" w:rsidRPr="00372071" w:rsidRDefault="00FD7206">
      <w:pPr>
        <w:rPr>
          <w:sz w:val="24"/>
          <w:szCs w:val="24"/>
          <w:lang w:val="nl-NL"/>
        </w:rPr>
      </w:pPr>
    </w:p>
    <w:p w14:paraId="73738163" w14:textId="77777777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>6. Actieplan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3FD03694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3137AC0D" w14:textId="4E045662" w:rsidR="00FD7206" w:rsidRPr="00372071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 xml:space="preserve">Bedenk kleine, haalbare stappen </w:t>
            </w:r>
            <w:r w:rsidR="00F55E4B" w:rsidRPr="00372071">
              <w:rPr>
                <w:sz w:val="24"/>
                <w:szCs w:val="24"/>
                <w:lang w:val="nl-NL"/>
              </w:rPr>
              <w:t xml:space="preserve">die je kunt nemen om je slaap te verbeteren. 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>Actie Doel 1</w:t>
            </w:r>
            <w:r w:rsidR="00F55E4B" w:rsidRPr="00372071">
              <w:rPr>
                <w:sz w:val="24"/>
                <w:szCs w:val="24"/>
                <w:lang w:val="nl-NL"/>
              </w:rPr>
              <w:t xml:space="preserve"> (bijv. vaste bedtijd, geen telefoon na 21.00 uur)</w:t>
            </w:r>
            <w:r w:rsidRPr="00372071">
              <w:rPr>
                <w:sz w:val="24"/>
                <w:szCs w:val="24"/>
                <w:lang w:val="nl-NL"/>
              </w:rPr>
              <w:t>: ______________________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>Actie Doel 2</w:t>
            </w:r>
            <w:r w:rsidR="00F55E4B" w:rsidRPr="00372071">
              <w:rPr>
                <w:sz w:val="24"/>
                <w:szCs w:val="24"/>
                <w:lang w:val="nl-NL"/>
              </w:rPr>
              <w:t xml:space="preserve"> (bijv. </w:t>
            </w:r>
            <w:r w:rsidR="0014366D">
              <w:rPr>
                <w:sz w:val="24"/>
                <w:szCs w:val="24"/>
                <w:lang w:val="nl-NL"/>
              </w:rPr>
              <w:t xml:space="preserve">kamer </w:t>
            </w:r>
            <w:r w:rsidR="00F55E4B" w:rsidRPr="00372071">
              <w:rPr>
                <w:sz w:val="24"/>
                <w:szCs w:val="24"/>
                <w:lang w:val="nl-NL"/>
              </w:rPr>
              <w:t xml:space="preserve">verduisteren, </w:t>
            </w:r>
            <w:r w:rsidR="0014366D">
              <w:rPr>
                <w:sz w:val="24"/>
                <w:szCs w:val="24"/>
                <w:lang w:val="nl-NL"/>
              </w:rPr>
              <w:t>yoga, ontspanningsoefening</w:t>
            </w:r>
            <w:r w:rsidR="00F55E4B" w:rsidRPr="00372071">
              <w:rPr>
                <w:sz w:val="24"/>
                <w:szCs w:val="24"/>
                <w:lang w:val="nl-NL"/>
              </w:rPr>
              <w:t>)</w:t>
            </w:r>
            <w:r w:rsidRPr="00372071">
              <w:rPr>
                <w:sz w:val="24"/>
                <w:szCs w:val="24"/>
                <w:lang w:val="nl-NL"/>
              </w:rPr>
              <w:t>: ______________________</w:t>
            </w:r>
            <w:r w:rsidRPr="00372071">
              <w:rPr>
                <w:sz w:val="24"/>
                <w:szCs w:val="24"/>
                <w:lang w:val="nl-NL"/>
              </w:rPr>
              <w:br/>
            </w:r>
            <w:r w:rsidR="0014366D" w:rsidRPr="00372071">
              <w:rPr>
                <w:sz w:val="24"/>
                <w:szCs w:val="24"/>
                <w:lang w:val="nl-NL"/>
              </w:rPr>
              <w:t xml:space="preserve">• </w:t>
            </w:r>
            <w:r w:rsidRPr="00372071">
              <w:rPr>
                <w:sz w:val="24"/>
                <w:szCs w:val="24"/>
                <w:lang w:val="nl-NL"/>
              </w:rPr>
              <w:t>Actie Doel 3</w:t>
            </w:r>
            <w:r w:rsidR="00F55E4B" w:rsidRPr="00372071">
              <w:rPr>
                <w:sz w:val="24"/>
                <w:szCs w:val="24"/>
                <w:lang w:val="nl-NL"/>
              </w:rPr>
              <w:t xml:space="preserve"> (bijv. </w:t>
            </w:r>
            <w:r w:rsidR="00F75050">
              <w:rPr>
                <w:sz w:val="24"/>
                <w:szCs w:val="24"/>
                <w:lang w:val="nl-NL"/>
              </w:rPr>
              <w:t xml:space="preserve">cafeïne na 14:00 vermijden, </w:t>
            </w:r>
            <w:r w:rsidR="0014366D">
              <w:rPr>
                <w:sz w:val="24"/>
                <w:szCs w:val="24"/>
                <w:lang w:val="nl-NL"/>
              </w:rPr>
              <w:t>meer stappen/dag</w:t>
            </w:r>
            <w:r w:rsidR="00F55E4B" w:rsidRPr="00372071">
              <w:rPr>
                <w:sz w:val="24"/>
                <w:szCs w:val="24"/>
                <w:lang w:val="nl-NL"/>
              </w:rPr>
              <w:t>)</w:t>
            </w:r>
            <w:r w:rsidRPr="00372071">
              <w:rPr>
                <w:sz w:val="24"/>
                <w:szCs w:val="24"/>
                <w:lang w:val="nl-NL"/>
              </w:rPr>
              <w:t>: ______________________</w:t>
            </w:r>
          </w:p>
        </w:tc>
      </w:tr>
    </w:tbl>
    <w:p w14:paraId="31CAAD06" w14:textId="77777777" w:rsidR="00FD7206" w:rsidRPr="00372071" w:rsidRDefault="00FD7206">
      <w:pPr>
        <w:rPr>
          <w:sz w:val="24"/>
          <w:szCs w:val="24"/>
          <w:lang w:val="nl-NL"/>
        </w:rPr>
      </w:pPr>
    </w:p>
    <w:p w14:paraId="475C902D" w14:textId="78506C3E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 xml:space="preserve">7. </w:t>
      </w:r>
      <w:proofErr w:type="spellStart"/>
      <w:r w:rsidRPr="00372071">
        <w:rPr>
          <w:b/>
          <w:color w:val="5C7A50"/>
          <w:sz w:val="28"/>
          <w:szCs w:val="28"/>
        </w:rPr>
        <w:t>Ondersteuning</w:t>
      </w:r>
      <w:proofErr w:type="spellEnd"/>
      <w:r w:rsidRPr="00372071">
        <w:rPr>
          <w:b/>
          <w:color w:val="5C7A50"/>
          <w:sz w:val="28"/>
          <w:szCs w:val="28"/>
        </w:rPr>
        <w:t xml:space="preserve"> </w:t>
      </w:r>
      <w:proofErr w:type="spellStart"/>
      <w:r w:rsidR="00372071" w:rsidRPr="00372071">
        <w:rPr>
          <w:b/>
          <w:color w:val="5C7A50"/>
          <w:sz w:val="28"/>
          <w:szCs w:val="28"/>
        </w:rPr>
        <w:t>en</w:t>
      </w:r>
      <w:proofErr w:type="spellEnd"/>
      <w:r w:rsidRPr="00372071">
        <w:rPr>
          <w:b/>
          <w:color w:val="5C7A50"/>
          <w:sz w:val="28"/>
          <w:szCs w:val="28"/>
        </w:rPr>
        <w:t xml:space="preserve"> </w:t>
      </w:r>
      <w:proofErr w:type="spellStart"/>
      <w:r w:rsidR="0014366D">
        <w:rPr>
          <w:b/>
          <w:color w:val="5C7A50"/>
          <w:sz w:val="28"/>
          <w:szCs w:val="28"/>
        </w:rPr>
        <w:t>hulpbronnen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29C793B4" w14:textId="77777777" w:rsidTr="0014366D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0" w:color="AFC8B2"/>
              <w:right w:val="single" w:sz="4" w:space="1" w:color="AFC8B2"/>
            </w:tcBorders>
            <w:shd w:val="clear" w:color="auto" w:fill="FBF9F4"/>
          </w:tcPr>
          <w:p w14:paraId="4513F5C0" w14:textId="32F7E6D5" w:rsidR="00FD7206" w:rsidRPr="00372071" w:rsidRDefault="00372071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Je staat er niet alleen voor. Denk na over wie of wat je kan helpen om beter te slapen</w:t>
            </w:r>
            <w:r w:rsidR="00F75050">
              <w:rPr>
                <w:sz w:val="24"/>
                <w:szCs w:val="24"/>
                <w:lang w:val="nl-NL"/>
              </w:rPr>
              <w:t>.</w:t>
            </w:r>
            <w:r w:rsidRPr="00372071">
              <w:rPr>
                <w:sz w:val="24"/>
                <w:szCs w:val="24"/>
                <w:lang w:val="nl-NL"/>
              </w:rPr>
              <w:br/>
              <w:t>• Professioneel (slaaptherapie, CGT): _____</w:t>
            </w:r>
            <w:r w:rsidRPr="00372071">
              <w:rPr>
                <w:sz w:val="24"/>
                <w:szCs w:val="24"/>
                <w:lang w:val="nl-NL"/>
              </w:rPr>
              <w:br/>
              <w:t>• Familie/vrienden (herinneringen, samen ontspanning): _____</w:t>
            </w:r>
            <w:r w:rsidRPr="00372071">
              <w:rPr>
                <w:sz w:val="24"/>
                <w:szCs w:val="24"/>
                <w:lang w:val="nl-NL"/>
              </w:rPr>
              <w:br/>
              <w:t>• Hulpmiddelen (</w:t>
            </w:r>
            <w:r w:rsidR="00AE223A">
              <w:rPr>
                <w:sz w:val="24"/>
                <w:szCs w:val="24"/>
                <w:lang w:val="nl-NL"/>
              </w:rPr>
              <w:t>meditatie app</w:t>
            </w:r>
            <w:r w:rsidRPr="00372071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372071">
              <w:rPr>
                <w:sz w:val="24"/>
                <w:szCs w:val="24"/>
                <w:lang w:val="nl-NL"/>
              </w:rPr>
              <w:t>white</w:t>
            </w:r>
            <w:proofErr w:type="spellEnd"/>
            <w:r w:rsidRPr="00372071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72071">
              <w:rPr>
                <w:sz w:val="24"/>
                <w:szCs w:val="24"/>
                <w:lang w:val="nl-NL"/>
              </w:rPr>
              <w:t>noise</w:t>
            </w:r>
            <w:proofErr w:type="spellEnd"/>
            <w:r w:rsidRPr="00372071">
              <w:rPr>
                <w:sz w:val="24"/>
                <w:szCs w:val="24"/>
                <w:lang w:val="nl-NL"/>
              </w:rPr>
              <w:t>): _____</w:t>
            </w:r>
          </w:p>
        </w:tc>
      </w:tr>
    </w:tbl>
    <w:p w14:paraId="687A28C5" w14:textId="77777777" w:rsidR="00FD7206" w:rsidRPr="00372071" w:rsidRDefault="00FD7206">
      <w:pPr>
        <w:rPr>
          <w:sz w:val="24"/>
          <w:szCs w:val="24"/>
          <w:lang w:val="nl-NL"/>
        </w:rPr>
      </w:pPr>
    </w:p>
    <w:p w14:paraId="317AF93D" w14:textId="77777777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>8. Evaluatie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203A7783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55B873AC" w14:textId="12DDC13F" w:rsidR="00FD7206" w:rsidRPr="0014366D" w:rsidRDefault="0014366D">
            <w:pPr>
              <w:rPr>
                <w:lang w:val="nl-NL"/>
              </w:rPr>
            </w:pPr>
            <w:r w:rsidRPr="0014366D">
              <w:rPr>
                <w:sz w:val="24"/>
                <w:szCs w:val="24"/>
                <w:lang w:val="nl-NL"/>
              </w:rPr>
              <w:t>Plan vaste momenten om stil te staan bij je vooruitgang.</w:t>
            </w:r>
            <w:r w:rsidR="00000000" w:rsidRPr="00372071">
              <w:rPr>
                <w:sz w:val="24"/>
                <w:szCs w:val="24"/>
                <w:lang w:val="nl-NL"/>
              </w:rPr>
              <w:br/>
              <w:t xml:space="preserve">• </w:t>
            </w:r>
            <w:r w:rsidR="00372071" w:rsidRPr="00372071">
              <w:rPr>
                <w:sz w:val="24"/>
                <w:szCs w:val="24"/>
                <w:lang w:val="nl-NL"/>
              </w:rPr>
              <w:t>Wanneer evalueer je je voortgang?</w:t>
            </w:r>
            <w:r w:rsidR="00000000" w:rsidRPr="00372071">
              <w:rPr>
                <w:sz w:val="24"/>
                <w:szCs w:val="24"/>
                <w:lang w:val="nl-NL"/>
              </w:rPr>
              <w:t xml:space="preserve"> (</w:t>
            </w:r>
            <w:r w:rsidR="00372071" w:rsidRPr="00372071">
              <w:rPr>
                <w:sz w:val="24"/>
                <w:szCs w:val="24"/>
                <w:lang w:val="nl-NL"/>
              </w:rPr>
              <w:t xml:space="preserve">bijv. </w:t>
            </w:r>
            <w:r w:rsidR="00000000" w:rsidRPr="00372071">
              <w:rPr>
                <w:sz w:val="24"/>
                <w:szCs w:val="24"/>
                <w:lang w:val="nl-NL"/>
              </w:rPr>
              <w:t>wekelijks, maandelijks): _____</w:t>
            </w:r>
            <w:r w:rsidR="00000000" w:rsidRPr="00372071">
              <w:rPr>
                <w:sz w:val="24"/>
                <w:szCs w:val="24"/>
                <w:lang w:val="nl-NL"/>
              </w:rPr>
              <w:br/>
              <w:t>• H</w:t>
            </w:r>
            <w:r w:rsidR="00372071" w:rsidRPr="00372071">
              <w:rPr>
                <w:sz w:val="24"/>
                <w:szCs w:val="24"/>
                <w:lang w:val="nl-NL"/>
              </w:rPr>
              <w:t xml:space="preserve">oe ga je je voortgang bijhouden? </w:t>
            </w:r>
            <w:r w:rsidR="00000000" w:rsidRPr="00372071">
              <w:rPr>
                <w:sz w:val="24"/>
                <w:szCs w:val="24"/>
                <w:lang w:val="nl-NL"/>
              </w:rPr>
              <w:t>(</w:t>
            </w:r>
            <w:r w:rsidR="00372071" w:rsidRPr="00372071">
              <w:rPr>
                <w:sz w:val="24"/>
                <w:szCs w:val="24"/>
                <w:lang w:val="nl-NL"/>
              </w:rPr>
              <w:t xml:space="preserve">bijv. </w:t>
            </w:r>
            <w:r w:rsidR="00000000" w:rsidRPr="00372071">
              <w:rPr>
                <w:sz w:val="24"/>
                <w:szCs w:val="24"/>
                <w:lang w:val="nl-NL"/>
              </w:rPr>
              <w:t>slaapdagboek, app): _____</w:t>
            </w:r>
          </w:p>
        </w:tc>
      </w:tr>
    </w:tbl>
    <w:p w14:paraId="7E0790E3" w14:textId="77777777" w:rsidR="00FD7206" w:rsidRPr="00372071" w:rsidRDefault="00FD7206">
      <w:pPr>
        <w:rPr>
          <w:sz w:val="24"/>
          <w:szCs w:val="24"/>
          <w:lang w:val="nl-NL"/>
        </w:rPr>
      </w:pPr>
    </w:p>
    <w:p w14:paraId="034E4C6E" w14:textId="77777777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>9. Motivatie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14366D" w14:paraId="632DA609" w14:textId="77777777" w:rsidTr="0014366D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0" w:color="AFC8B2"/>
              <w:right w:val="single" w:sz="4" w:space="1" w:color="AFC8B2"/>
            </w:tcBorders>
            <w:shd w:val="clear" w:color="auto" w:fill="FBF9F4"/>
          </w:tcPr>
          <w:p w14:paraId="6DD6C417" w14:textId="01341E59" w:rsidR="00AE223A" w:rsidRPr="00372071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Waarom</w:t>
            </w:r>
            <w:r w:rsidR="0014366D">
              <w:rPr>
                <w:sz w:val="24"/>
                <w:szCs w:val="24"/>
                <w:lang w:val="nl-NL"/>
              </w:rPr>
              <w:t xml:space="preserve"> is het belangrijk voor jou om</w:t>
            </w:r>
            <w:r w:rsidRPr="00372071">
              <w:rPr>
                <w:sz w:val="24"/>
                <w:szCs w:val="24"/>
                <w:lang w:val="nl-NL"/>
              </w:rPr>
              <w:t xml:space="preserve"> beter</w:t>
            </w:r>
            <w:r w:rsidR="0014366D">
              <w:rPr>
                <w:sz w:val="24"/>
                <w:szCs w:val="24"/>
                <w:lang w:val="nl-NL"/>
              </w:rPr>
              <w:t xml:space="preserve"> te</w:t>
            </w:r>
            <w:r w:rsidRPr="00372071">
              <w:rPr>
                <w:sz w:val="24"/>
                <w:szCs w:val="24"/>
                <w:lang w:val="nl-NL"/>
              </w:rPr>
              <w:t xml:space="preserve"> slapen?</w:t>
            </w:r>
            <w:r w:rsidR="00372071" w:rsidRPr="00372071">
              <w:rPr>
                <w:sz w:val="24"/>
                <w:szCs w:val="24"/>
                <w:lang w:val="nl-NL"/>
              </w:rPr>
              <w:t xml:space="preserve"> Wat voor verschil zou dat maken?</w:t>
            </w:r>
            <w:r w:rsidRPr="00372071">
              <w:rPr>
                <w:sz w:val="24"/>
                <w:szCs w:val="24"/>
                <w:lang w:val="nl-NL"/>
              </w:rPr>
              <w:br/>
              <w:t>Motivatie:</w:t>
            </w:r>
            <w:r w:rsidR="00F75050">
              <w:rPr>
                <w:sz w:val="24"/>
                <w:szCs w:val="24"/>
                <w:lang w:val="nl-NL"/>
              </w:rPr>
              <w:br/>
            </w:r>
            <w:r w:rsidR="00AE223A">
              <w:rPr>
                <w:sz w:val="24"/>
                <w:szCs w:val="24"/>
                <w:lang w:val="nl-NL"/>
              </w:rPr>
              <w:br/>
            </w:r>
          </w:p>
        </w:tc>
      </w:tr>
    </w:tbl>
    <w:p w14:paraId="6947859A" w14:textId="77777777" w:rsidR="00FD7206" w:rsidRPr="00372071" w:rsidRDefault="00FD7206">
      <w:pPr>
        <w:rPr>
          <w:sz w:val="24"/>
          <w:szCs w:val="24"/>
          <w:lang w:val="nl-NL"/>
        </w:rPr>
      </w:pPr>
    </w:p>
    <w:p w14:paraId="77DD5915" w14:textId="780A0099" w:rsidR="00FD7206" w:rsidRPr="00372071" w:rsidRDefault="00000000">
      <w:pPr>
        <w:spacing w:after="20"/>
        <w:rPr>
          <w:sz w:val="24"/>
          <w:szCs w:val="24"/>
        </w:rPr>
      </w:pPr>
      <w:proofErr w:type="spellStart"/>
      <w:r w:rsidRPr="00372071">
        <w:rPr>
          <w:color w:val="323232"/>
          <w:sz w:val="24"/>
          <w:szCs w:val="24"/>
        </w:rPr>
        <w:t>Handtekening</w:t>
      </w:r>
      <w:proofErr w:type="spellEnd"/>
      <w:r w:rsidRPr="00372071">
        <w:rPr>
          <w:color w:val="323232"/>
          <w:sz w:val="24"/>
          <w:szCs w:val="24"/>
        </w:rPr>
        <w:t>: _____________________________</w:t>
      </w:r>
    </w:p>
    <w:p w14:paraId="01AF694D" w14:textId="77777777" w:rsidR="00FD7206" w:rsidRPr="00372071" w:rsidRDefault="00FD7206">
      <w:pPr>
        <w:pBdr>
          <w:bottom w:val="single" w:sz="4" w:space="1" w:color="AFC8B2"/>
        </w:pBdr>
        <w:rPr>
          <w:sz w:val="24"/>
          <w:szCs w:val="24"/>
        </w:rPr>
      </w:pPr>
    </w:p>
    <w:p w14:paraId="41676D63" w14:textId="4D3556D4" w:rsidR="00FD7206" w:rsidRPr="00372071" w:rsidRDefault="00000000">
      <w:pPr>
        <w:spacing w:after="20"/>
        <w:rPr>
          <w:sz w:val="28"/>
          <w:szCs w:val="28"/>
        </w:rPr>
      </w:pPr>
      <w:r w:rsidRPr="00372071">
        <w:rPr>
          <w:b/>
          <w:color w:val="5C7A50"/>
          <w:sz w:val="28"/>
          <w:szCs w:val="28"/>
        </w:rPr>
        <w:t xml:space="preserve">Tips </w:t>
      </w:r>
      <w:proofErr w:type="spellStart"/>
      <w:r w:rsidRPr="00372071">
        <w:rPr>
          <w:b/>
          <w:color w:val="5C7A50"/>
          <w:sz w:val="28"/>
          <w:szCs w:val="28"/>
        </w:rPr>
        <w:t>voor</w:t>
      </w:r>
      <w:proofErr w:type="spellEnd"/>
      <w:r w:rsidRPr="00372071">
        <w:rPr>
          <w:b/>
          <w:color w:val="5C7A50"/>
          <w:sz w:val="28"/>
          <w:szCs w:val="28"/>
        </w:rPr>
        <w:t xml:space="preserve"> </w:t>
      </w:r>
      <w:proofErr w:type="spellStart"/>
      <w:r w:rsidR="00AE223A">
        <w:rPr>
          <w:b/>
          <w:color w:val="5C7A50"/>
          <w:sz w:val="28"/>
          <w:szCs w:val="28"/>
        </w:rPr>
        <w:t>s</w:t>
      </w:r>
      <w:r w:rsidRPr="00372071">
        <w:rPr>
          <w:b/>
          <w:color w:val="5C7A50"/>
          <w:sz w:val="28"/>
          <w:szCs w:val="28"/>
        </w:rPr>
        <w:t>ucces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FD7206" w:rsidRPr="00372071" w14:paraId="1AA53B36" w14:textId="77777777">
        <w:tc>
          <w:tcPr>
            <w:tcW w:w="10512" w:type="dxa"/>
            <w:tcBorders>
              <w:top w:val="single" w:sz="4" w:space="1" w:color="AFC8B2"/>
              <w:left w:val="single" w:sz="4" w:space="1" w:color="AFC8B2"/>
              <w:bottom w:val="single" w:sz="4" w:space="1" w:color="AFC8B2"/>
              <w:right w:val="single" w:sz="4" w:space="1" w:color="AFC8B2"/>
            </w:tcBorders>
            <w:shd w:val="clear" w:color="auto" w:fill="FBF9F4"/>
          </w:tcPr>
          <w:p w14:paraId="37DC5492" w14:textId="28EDBFA2" w:rsidR="00FD7206" w:rsidRPr="00372071" w:rsidRDefault="00000000">
            <w:pPr>
              <w:rPr>
                <w:sz w:val="24"/>
                <w:szCs w:val="24"/>
                <w:lang w:val="nl-NL"/>
              </w:rPr>
            </w:pPr>
            <w:r w:rsidRPr="00372071">
              <w:rPr>
                <w:sz w:val="24"/>
                <w:szCs w:val="24"/>
                <w:lang w:val="nl-NL"/>
              </w:rPr>
              <w:t>• Wees geduldig: Slaap verbeteren kost tijd</w:t>
            </w:r>
            <w:r w:rsidR="00372071" w:rsidRPr="00372071">
              <w:rPr>
                <w:sz w:val="24"/>
                <w:szCs w:val="24"/>
                <w:lang w:val="nl-NL"/>
              </w:rPr>
              <w:t>. Wees consistent en stel realistische verwachtingen</w:t>
            </w:r>
            <w:r w:rsidRPr="00372071">
              <w:rPr>
                <w:sz w:val="24"/>
                <w:szCs w:val="24"/>
                <w:lang w:val="nl-NL"/>
              </w:rPr>
              <w:t>.</w:t>
            </w:r>
            <w:r w:rsidRPr="00372071">
              <w:rPr>
                <w:sz w:val="24"/>
                <w:szCs w:val="24"/>
                <w:lang w:val="nl-NL"/>
              </w:rPr>
              <w:br/>
              <w:t xml:space="preserve">• Pas </w:t>
            </w:r>
            <w:r w:rsidR="00372071" w:rsidRPr="00372071">
              <w:rPr>
                <w:sz w:val="24"/>
                <w:szCs w:val="24"/>
                <w:lang w:val="nl-NL"/>
              </w:rPr>
              <w:t>je slaappatroon stap voor stap</w:t>
            </w:r>
            <w:r w:rsidRPr="00372071">
              <w:rPr>
                <w:sz w:val="24"/>
                <w:szCs w:val="24"/>
                <w:lang w:val="nl-NL"/>
              </w:rPr>
              <w:t xml:space="preserve"> aan: Kleine stappen werken beter dan grote.</w:t>
            </w:r>
            <w:r w:rsidRPr="00372071">
              <w:rPr>
                <w:sz w:val="24"/>
                <w:szCs w:val="24"/>
                <w:lang w:val="nl-NL"/>
              </w:rPr>
              <w:br/>
              <w:t>• Blijf positief: Elke vooruitgang telt.</w:t>
            </w:r>
          </w:p>
        </w:tc>
      </w:tr>
    </w:tbl>
    <w:p w14:paraId="4FDD35BF" w14:textId="77777777" w:rsidR="009E1172" w:rsidRPr="00372071" w:rsidRDefault="009E1172" w:rsidP="0014366D">
      <w:pPr>
        <w:rPr>
          <w:sz w:val="24"/>
          <w:szCs w:val="24"/>
          <w:lang w:val="nl-NL"/>
        </w:rPr>
      </w:pPr>
    </w:p>
    <w:sectPr w:rsidR="009E1172" w:rsidRPr="00372071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8494716">
    <w:abstractNumId w:val="8"/>
  </w:num>
  <w:num w:numId="2" w16cid:durableId="596862058">
    <w:abstractNumId w:val="6"/>
  </w:num>
  <w:num w:numId="3" w16cid:durableId="2107269108">
    <w:abstractNumId w:val="5"/>
  </w:num>
  <w:num w:numId="4" w16cid:durableId="1824471134">
    <w:abstractNumId w:val="4"/>
  </w:num>
  <w:num w:numId="5" w16cid:durableId="769012448">
    <w:abstractNumId w:val="7"/>
  </w:num>
  <w:num w:numId="6" w16cid:durableId="1427382041">
    <w:abstractNumId w:val="3"/>
  </w:num>
  <w:num w:numId="7" w16cid:durableId="301931038">
    <w:abstractNumId w:val="2"/>
  </w:num>
  <w:num w:numId="8" w16cid:durableId="847869484">
    <w:abstractNumId w:val="1"/>
  </w:num>
  <w:num w:numId="9" w16cid:durableId="149749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33D"/>
    <w:rsid w:val="0014366D"/>
    <w:rsid w:val="0015074B"/>
    <w:rsid w:val="0029639D"/>
    <w:rsid w:val="00326F90"/>
    <w:rsid w:val="00372071"/>
    <w:rsid w:val="004767FD"/>
    <w:rsid w:val="00682C47"/>
    <w:rsid w:val="006A1E6C"/>
    <w:rsid w:val="009E1172"/>
    <w:rsid w:val="00AA1D8D"/>
    <w:rsid w:val="00AE223A"/>
    <w:rsid w:val="00B47730"/>
    <w:rsid w:val="00CB0664"/>
    <w:rsid w:val="00F55E4B"/>
    <w:rsid w:val="00F75050"/>
    <w:rsid w:val="00FC693F"/>
    <w:rsid w:val="00FD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278C2"/>
  <w14:defaultImageDpi w14:val="300"/>
  <w15:docId w15:val="{2BB3FC7E-DB0D-472B-B1D0-32D7EDAED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R. B.</cp:lastModifiedBy>
  <cp:revision>6</cp:revision>
  <dcterms:created xsi:type="dcterms:W3CDTF">2013-12-23T23:15:00Z</dcterms:created>
  <dcterms:modified xsi:type="dcterms:W3CDTF">2025-09-27T20:27:00Z</dcterms:modified>
  <cp:category/>
</cp:coreProperties>
</file>