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306A8" w14:textId="77777777" w:rsidR="00B75405" w:rsidRPr="008530B3" w:rsidRDefault="00000000">
      <w:pPr>
        <w:spacing w:after="40"/>
        <w:jc w:val="center"/>
        <w:rPr>
          <w:lang w:val="nl-NL"/>
        </w:rPr>
      </w:pPr>
      <w:r w:rsidRPr="008530B3">
        <w:rPr>
          <w:b/>
          <w:color w:val="5C7A50"/>
          <w:sz w:val="40"/>
          <w:lang w:val="nl-NL"/>
        </w:rPr>
        <w:t>Regie over Stress</w:t>
      </w:r>
    </w:p>
    <w:p w14:paraId="2A934C8D" w14:textId="77777777" w:rsidR="00B75405" w:rsidRPr="008530B3" w:rsidRDefault="00000000">
      <w:pPr>
        <w:spacing w:after="120"/>
        <w:jc w:val="center"/>
        <w:rPr>
          <w:lang w:val="nl-NL"/>
        </w:rPr>
      </w:pPr>
      <w:r w:rsidRPr="008530B3">
        <w:rPr>
          <w:color w:val="323232"/>
          <w:sz w:val="26"/>
          <w:lang w:val="nl-NL"/>
        </w:rPr>
        <w:t>Zelfreflectie &amp; Actieplan</w:t>
      </w:r>
    </w:p>
    <w:p w14:paraId="6FEC77E4" w14:textId="77777777" w:rsidR="00B75405" w:rsidRPr="008530B3" w:rsidRDefault="00000000">
      <w:pPr>
        <w:spacing w:after="40"/>
        <w:rPr>
          <w:lang w:val="nl-NL"/>
        </w:rPr>
      </w:pPr>
      <w:r w:rsidRPr="008530B3">
        <w:rPr>
          <w:color w:val="323232"/>
          <w:lang w:val="nl-NL"/>
        </w:rPr>
        <w:t>Naam: ___________________________      Datum: ___________________________</w:t>
      </w:r>
    </w:p>
    <w:p w14:paraId="5DC04848" w14:textId="77777777" w:rsidR="00B75405" w:rsidRPr="00E65020" w:rsidRDefault="00B75405">
      <w:pPr>
        <w:pBdr>
          <w:bottom w:val="single" w:sz="4" w:space="1" w:color="AFC8B2"/>
        </w:pBdr>
        <w:rPr>
          <w:lang w:val="nl-NL"/>
        </w:rPr>
      </w:pPr>
    </w:p>
    <w:p w14:paraId="34A1E612" w14:textId="77777777" w:rsidR="00B75405" w:rsidRPr="008530B3" w:rsidRDefault="00B75405">
      <w:pPr>
        <w:rPr>
          <w:lang w:val="nl-NL"/>
        </w:rPr>
      </w:pPr>
    </w:p>
    <w:p w14:paraId="42041A4E" w14:textId="77777777" w:rsidR="00B75405" w:rsidRDefault="00000000">
      <w:pPr>
        <w:spacing w:after="40"/>
      </w:pPr>
      <w:r>
        <w:rPr>
          <w:b/>
          <w:color w:val="5C7A50"/>
          <w:sz w:val="26"/>
        </w:rPr>
        <w:t xml:space="preserve">1. </w:t>
      </w:r>
      <w:proofErr w:type="spellStart"/>
      <w:r>
        <w:rPr>
          <w:b/>
          <w:color w:val="5C7A50"/>
          <w:sz w:val="26"/>
        </w:rPr>
        <w:t>Herkennen</w:t>
      </w:r>
      <w:proofErr w:type="spellEnd"/>
      <w:r>
        <w:rPr>
          <w:b/>
          <w:color w:val="5C7A50"/>
          <w:sz w:val="26"/>
        </w:rPr>
        <w:t xml:space="preserve"> van </w:t>
      </w:r>
      <w:proofErr w:type="spellStart"/>
      <w:r>
        <w:rPr>
          <w:b/>
          <w:color w:val="5C7A50"/>
          <w:sz w:val="26"/>
        </w:rPr>
        <w:t>stressfactoren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B75405" w:rsidRPr="00575AD9" w14:paraId="579F7624" w14:textId="77777777">
        <w:tc>
          <w:tcPr>
            <w:tcW w:w="10224" w:type="dxa"/>
            <w:tcBorders>
              <w:top w:val="single" w:sz="6" w:space="1" w:color="AFC8B2"/>
              <w:left w:val="single" w:sz="6" w:space="1" w:color="AFC8B2"/>
              <w:bottom w:val="single" w:sz="6" w:space="1" w:color="AFC8B2"/>
              <w:right w:val="single" w:sz="6" w:space="1" w:color="AFC8B2"/>
            </w:tcBorders>
            <w:shd w:val="clear" w:color="auto" w:fill="FBF9F4"/>
          </w:tcPr>
          <w:p w14:paraId="3271ED0A" w14:textId="6877A464" w:rsidR="00B75405" w:rsidRPr="008530B3" w:rsidRDefault="000F78BD">
            <w:pPr>
              <w:rPr>
                <w:lang w:val="nl-NL"/>
              </w:rPr>
            </w:pPr>
            <w:r>
              <w:rPr>
                <w:lang w:val="nl-NL"/>
              </w:rPr>
              <w:t>W</w:t>
            </w:r>
            <w:r w:rsidRPr="000F78BD">
              <w:rPr>
                <w:lang w:val="nl-NL"/>
              </w:rPr>
              <w:t>at</w:t>
            </w:r>
            <w:r>
              <w:rPr>
                <w:lang w:val="nl-NL"/>
              </w:rPr>
              <w:t xml:space="preserve"> geeft</w:t>
            </w:r>
            <w:r w:rsidRPr="000F78BD">
              <w:rPr>
                <w:lang w:val="nl-NL"/>
              </w:rPr>
              <w:t xml:space="preserve"> jou stress</w:t>
            </w:r>
            <w:r>
              <w:rPr>
                <w:lang w:val="nl-NL"/>
              </w:rPr>
              <w:t>? D</w:t>
            </w:r>
            <w:r w:rsidRPr="000F78BD">
              <w:rPr>
                <w:lang w:val="nl-NL"/>
              </w:rPr>
              <w:t>at mag iets kleins of juist groots zijn</w:t>
            </w:r>
            <w:r>
              <w:rPr>
                <w:lang w:val="nl-NL"/>
              </w:rPr>
              <w:t xml:space="preserve"> (</w:t>
            </w:r>
            <w:r w:rsidR="00FA600A">
              <w:rPr>
                <w:lang w:val="nl-NL"/>
              </w:rPr>
              <w:t>denk aan</w:t>
            </w:r>
            <w:r>
              <w:rPr>
                <w:lang w:val="nl-NL"/>
              </w:rPr>
              <w:t xml:space="preserve"> situaties, gedachten, gebeurtenis).</w:t>
            </w:r>
            <w:r w:rsidRPr="008530B3">
              <w:rPr>
                <w:lang w:val="nl-NL"/>
              </w:rPr>
              <w:br/>
            </w:r>
            <w:r w:rsidRPr="008530B3">
              <w:rPr>
                <w:lang w:val="nl-NL"/>
              </w:rPr>
              <w:br/>
              <w:t>Stressfactor 1: ____________________________</w:t>
            </w:r>
            <w:r w:rsidRPr="008530B3">
              <w:rPr>
                <w:lang w:val="nl-NL"/>
              </w:rPr>
              <w:br/>
              <w:t>Stressfactor 2: ____________________________</w:t>
            </w:r>
            <w:r w:rsidRPr="008530B3">
              <w:rPr>
                <w:lang w:val="nl-NL"/>
              </w:rPr>
              <w:br/>
              <w:t>Stressfactor 3: ____________________________</w:t>
            </w:r>
            <w:r w:rsidRPr="008530B3">
              <w:rPr>
                <w:lang w:val="nl-NL"/>
              </w:rPr>
              <w:br/>
            </w:r>
            <w:r w:rsidRPr="008530B3">
              <w:rPr>
                <w:lang w:val="nl-NL"/>
              </w:rPr>
              <w:br/>
              <w:t>Andere factoren die bijdragen aan stress:</w:t>
            </w:r>
          </w:p>
        </w:tc>
      </w:tr>
    </w:tbl>
    <w:p w14:paraId="1B84374B" w14:textId="77777777" w:rsidR="00B75405" w:rsidRPr="008530B3" w:rsidRDefault="00B75405">
      <w:pPr>
        <w:rPr>
          <w:lang w:val="nl-NL"/>
        </w:rPr>
      </w:pPr>
    </w:p>
    <w:p w14:paraId="3A4A0785" w14:textId="77777777" w:rsidR="00B75405" w:rsidRDefault="00000000">
      <w:pPr>
        <w:spacing w:after="40"/>
      </w:pPr>
      <w:r>
        <w:rPr>
          <w:b/>
          <w:color w:val="5C7A50"/>
          <w:sz w:val="26"/>
        </w:rPr>
        <w:t xml:space="preserve">2. </w:t>
      </w:r>
      <w:proofErr w:type="spellStart"/>
      <w:r>
        <w:rPr>
          <w:b/>
          <w:color w:val="5C7A50"/>
          <w:sz w:val="26"/>
        </w:rPr>
        <w:t>Ervaringen</w:t>
      </w:r>
      <w:proofErr w:type="spellEnd"/>
      <w:r>
        <w:rPr>
          <w:b/>
          <w:color w:val="5C7A50"/>
          <w:sz w:val="26"/>
        </w:rPr>
        <w:t xml:space="preserve"> </w:t>
      </w:r>
      <w:proofErr w:type="spellStart"/>
      <w:r>
        <w:rPr>
          <w:b/>
          <w:color w:val="5C7A50"/>
          <w:sz w:val="26"/>
        </w:rPr>
        <w:t>en</w:t>
      </w:r>
      <w:proofErr w:type="spellEnd"/>
      <w:r>
        <w:rPr>
          <w:b/>
          <w:color w:val="5C7A50"/>
          <w:sz w:val="26"/>
        </w:rPr>
        <w:t xml:space="preserve"> </w:t>
      </w:r>
      <w:proofErr w:type="spellStart"/>
      <w:r>
        <w:rPr>
          <w:b/>
          <w:color w:val="5C7A50"/>
          <w:sz w:val="26"/>
        </w:rPr>
        <w:t>gevoelens</w:t>
      </w:r>
      <w:proofErr w:type="spellEnd"/>
    </w:p>
    <w:tbl>
      <w:tblPr>
        <w:tblW w:w="0" w:type="auto"/>
        <w:tblBorders>
          <w:top w:val="single" w:sz="6" w:space="0" w:color="AFC8B2"/>
          <w:left w:val="single" w:sz="6" w:space="0" w:color="AFC8B2"/>
          <w:bottom w:val="single" w:sz="4" w:space="0" w:color="auto"/>
          <w:right w:val="single" w:sz="6" w:space="0" w:color="AFC8B2"/>
        </w:tblBorders>
        <w:tblLook w:val="04A0" w:firstRow="1" w:lastRow="0" w:firstColumn="1" w:lastColumn="0" w:noHBand="0" w:noVBand="1"/>
      </w:tblPr>
      <w:tblGrid>
        <w:gridCol w:w="10224"/>
      </w:tblGrid>
      <w:tr w:rsidR="00B75405" w:rsidRPr="000F78BD" w14:paraId="78F8AB90" w14:textId="77777777" w:rsidTr="005A0DD8">
        <w:tc>
          <w:tcPr>
            <w:tcW w:w="10224" w:type="dxa"/>
            <w:tcBorders>
              <w:bottom w:val="single" w:sz="6" w:space="0" w:color="AFC8B2"/>
            </w:tcBorders>
            <w:shd w:val="clear" w:color="auto" w:fill="FBF9F4"/>
          </w:tcPr>
          <w:p w14:paraId="1E0B427D" w14:textId="77777777" w:rsidR="0047418A" w:rsidRDefault="000F78BD">
            <w:pPr>
              <w:rPr>
                <w:lang w:val="nl-NL"/>
              </w:rPr>
            </w:pPr>
            <w:r w:rsidRPr="000F78BD">
              <w:rPr>
                <w:lang w:val="nl-NL"/>
              </w:rPr>
              <w:t>Wat merk je aan jezelf als je stress ervaart? Denk aan lichamelijke signalen (zoals spanning, hoofdpijn, hartkloppingen) en mentale signalen (zoals piekeren, onrust).</w:t>
            </w:r>
          </w:p>
          <w:p w14:paraId="72C3D511" w14:textId="02E4626B" w:rsidR="0047418A" w:rsidRPr="0047418A" w:rsidRDefault="00000000" w:rsidP="0047418A">
            <w:pPr>
              <w:pStyle w:val="Lijstalinea"/>
              <w:numPr>
                <w:ilvl w:val="0"/>
                <w:numId w:val="12"/>
              </w:numPr>
              <w:rPr>
                <w:lang w:val="nl-NL"/>
              </w:rPr>
            </w:pPr>
            <w:r w:rsidRPr="0047418A">
              <w:rPr>
                <w:lang w:val="nl-NL"/>
              </w:rPr>
              <w:t>Lichamelijke symptomen:</w:t>
            </w:r>
            <w:r w:rsidR="0047418A">
              <w:rPr>
                <w:lang w:val="nl-NL"/>
              </w:rPr>
              <w:br/>
            </w:r>
          </w:p>
          <w:p w14:paraId="450F59E6" w14:textId="5FD1129C" w:rsidR="00B75405" w:rsidRPr="0047418A" w:rsidRDefault="00000000" w:rsidP="0047418A">
            <w:pPr>
              <w:pStyle w:val="Lijstalinea"/>
              <w:numPr>
                <w:ilvl w:val="0"/>
                <w:numId w:val="12"/>
              </w:numPr>
              <w:rPr>
                <w:lang w:val="nl-NL"/>
              </w:rPr>
            </w:pPr>
            <w:r w:rsidRPr="0047418A">
              <w:rPr>
                <w:lang w:val="nl-NL"/>
              </w:rPr>
              <w:t>Mentale symptomen:</w:t>
            </w:r>
          </w:p>
        </w:tc>
      </w:tr>
    </w:tbl>
    <w:p w14:paraId="76DA9970" w14:textId="77777777" w:rsidR="00B75405" w:rsidRPr="000F78BD" w:rsidRDefault="00B75405">
      <w:pPr>
        <w:rPr>
          <w:lang w:val="nl-NL"/>
        </w:rPr>
      </w:pPr>
    </w:p>
    <w:p w14:paraId="3B3D4DB5" w14:textId="478639FE" w:rsidR="00B75405" w:rsidRPr="001F72CD" w:rsidRDefault="00000000">
      <w:pPr>
        <w:spacing w:after="40"/>
        <w:rPr>
          <w:lang w:val="nl-NL"/>
        </w:rPr>
      </w:pPr>
      <w:r w:rsidRPr="001F72CD">
        <w:rPr>
          <w:b/>
          <w:color w:val="5C7A50"/>
          <w:sz w:val="26"/>
          <w:lang w:val="nl-NL"/>
        </w:rPr>
        <w:t xml:space="preserve">3. </w:t>
      </w:r>
      <w:r w:rsidR="001F72CD" w:rsidRPr="001F72CD">
        <w:rPr>
          <w:b/>
          <w:color w:val="586F4F"/>
          <w:sz w:val="26"/>
          <w:lang w:val="nl-NL"/>
        </w:rPr>
        <w:t>Huidige manieren van omgaan met stress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B75405" w:rsidRPr="00EF0445" w14:paraId="1D0A2061" w14:textId="77777777" w:rsidTr="00DC529E">
        <w:tc>
          <w:tcPr>
            <w:tcW w:w="10224" w:type="dxa"/>
            <w:tcBorders>
              <w:top w:val="single" w:sz="6" w:space="1" w:color="AFC8B2"/>
              <w:left w:val="single" w:sz="6" w:space="1" w:color="AFC8B2"/>
              <w:bottom w:val="single" w:sz="6" w:space="0" w:color="AFC8B2"/>
              <w:right w:val="single" w:sz="6" w:space="1" w:color="AFC8B2"/>
            </w:tcBorders>
            <w:shd w:val="clear" w:color="auto" w:fill="FBF9F4"/>
          </w:tcPr>
          <w:p w14:paraId="318D6D49" w14:textId="77777777" w:rsidR="00DC529E" w:rsidRDefault="000F78BD">
            <w:pPr>
              <w:rPr>
                <w:lang w:val="nl-NL"/>
              </w:rPr>
            </w:pPr>
            <w:r w:rsidRPr="000F78BD">
              <w:rPr>
                <w:lang w:val="nl-NL"/>
              </w:rPr>
              <w:t>Hoe reageer je nu op stressvolle situaties? Schrijf hieronder op wat je helpt — en wat misschien minder goed werkt.</w:t>
            </w:r>
          </w:p>
          <w:p w14:paraId="5954AA36" w14:textId="77777777" w:rsidR="00DC529E" w:rsidRDefault="000F78BD" w:rsidP="00DC529E">
            <w:pPr>
              <w:pStyle w:val="Lijstalinea"/>
              <w:numPr>
                <w:ilvl w:val="0"/>
                <w:numId w:val="13"/>
              </w:numPr>
              <w:rPr>
                <w:lang w:val="nl-NL"/>
              </w:rPr>
            </w:pPr>
            <w:r w:rsidRPr="00DC529E">
              <w:rPr>
                <w:lang w:val="nl-NL"/>
              </w:rPr>
              <w:t>Gezonde strategieën (bijv. bewegen, ontspanning, praten):</w:t>
            </w:r>
          </w:p>
          <w:p w14:paraId="0A3EACE0" w14:textId="77777777" w:rsidR="00DC529E" w:rsidRDefault="00DC529E" w:rsidP="00DC529E">
            <w:pPr>
              <w:pStyle w:val="Lijstalinea"/>
              <w:rPr>
                <w:lang w:val="nl-NL"/>
              </w:rPr>
            </w:pPr>
          </w:p>
          <w:p w14:paraId="39DAE183" w14:textId="2012BF39" w:rsidR="00B75405" w:rsidRPr="00DC529E" w:rsidRDefault="000F78BD" w:rsidP="00DC529E">
            <w:pPr>
              <w:pStyle w:val="Lijstalinea"/>
              <w:numPr>
                <w:ilvl w:val="0"/>
                <w:numId w:val="13"/>
              </w:numPr>
              <w:rPr>
                <w:lang w:val="nl-NL"/>
              </w:rPr>
            </w:pPr>
            <w:r w:rsidRPr="00DC529E">
              <w:rPr>
                <w:lang w:val="nl-NL"/>
              </w:rPr>
              <w:t>Minder helpende strategieën (bijv. piekeren, overeten, uitstellen):</w:t>
            </w:r>
          </w:p>
        </w:tc>
      </w:tr>
    </w:tbl>
    <w:p w14:paraId="2888EF26" w14:textId="77777777" w:rsidR="00B75405" w:rsidRPr="008530B3" w:rsidRDefault="00B75405">
      <w:pPr>
        <w:rPr>
          <w:lang w:val="nl-NL"/>
        </w:rPr>
      </w:pPr>
    </w:p>
    <w:p w14:paraId="284B4A57" w14:textId="77777777" w:rsidR="00B75405" w:rsidRDefault="00000000">
      <w:pPr>
        <w:spacing w:after="40"/>
      </w:pPr>
      <w:r>
        <w:rPr>
          <w:b/>
          <w:color w:val="5C7A50"/>
          <w:sz w:val="26"/>
        </w:rPr>
        <w:t xml:space="preserve">4. </w:t>
      </w:r>
      <w:proofErr w:type="spellStart"/>
      <w:r>
        <w:rPr>
          <w:b/>
          <w:color w:val="5C7A50"/>
          <w:sz w:val="26"/>
        </w:rPr>
        <w:t>Doelen</w:t>
      </w:r>
      <w:proofErr w:type="spellEnd"/>
      <w:r>
        <w:rPr>
          <w:b/>
          <w:color w:val="5C7A50"/>
          <w:sz w:val="26"/>
        </w:rPr>
        <w:t xml:space="preserve"> </w:t>
      </w:r>
      <w:proofErr w:type="spellStart"/>
      <w:r>
        <w:rPr>
          <w:b/>
          <w:color w:val="5C7A50"/>
          <w:sz w:val="26"/>
        </w:rPr>
        <w:t>stellen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B75405" w:rsidRPr="00EF0445" w14:paraId="3772950E" w14:textId="77777777">
        <w:tc>
          <w:tcPr>
            <w:tcW w:w="10224" w:type="dxa"/>
            <w:tcBorders>
              <w:top w:val="single" w:sz="6" w:space="1" w:color="AFC8B2"/>
              <w:left w:val="single" w:sz="6" w:space="1" w:color="AFC8B2"/>
              <w:bottom w:val="single" w:sz="6" w:space="1" w:color="AFC8B2"/>
              <w:right w:val="single" w:sz="6" w:space="1" w:color="AFC8B2"/>
            </w:tcBorders>
            <w:shd w:val="clear" w:color="auto" w:fill="FBF9F4"/>
          </w:tcPr>
          <w:p w14:paraId="5C60AD1A" w14:textId="675CD607" w:rsidR="00BD2BBF" w:rsidRPr="00BD2BBF" w:rsidRDefault="001F72CD" w:rsidP="00BD2BBF">
            <w:pPr>
              <w:rPr>
                <w:lang w:val="nl-NL"/>
              </w:rPr>
            </w:pPr>
            <w:r w:rsidRPr="00BD2BBF">
              <w:rPr>
                <w:lang w:val="nl-NL"/>
              </w:rPr>
              <w:t>Wat wil je graag veranderen in hoe je met stress omgaat? Formuleer 1 tot 3 haalbare doelen voor jezelf.</w:t>
            </w:r>
          </w:p>
          <w:p w14:paraId="661BCBA0" w14:textId="77777777" w:rsidR="00BD2BBF" w:rsidRDefault="00000000" w:rsidP="00BD2BBF">
            <w:pPr>
              <w:pStyle w:val="Lijstalinea"/>
              <w:numPr>
                <w:ilvl w:val="0"/>
                <w:numId w:val="15"/>
              </w:numPr>
              <w:rPr>
                <w:lang w:val="nl-NL"/>
              </w:rPr>
            </w:pPr>
            <w:r w:rsidRPr="00BD2BBF">
              <w:rPr>
                <w:lang w:val="nl-NL"/>
              </w:rPr>
              <w:t>Doel 1 (bijv. meer ontspannen, minder piekeren):</w:t>
            </w:r>
          </w:p>
          <w:p w14:paraId="14B85DDA" w14:textId="77777777" w:rsidR="00BD2BBF" w:rsidRDefault="00BD2BBF" w:rsidP="00BD2BBF">
            <w:pPr>
              <w:pStyle w:val="Lijstalinea"/>
              <w:rPr>
                <w:lang w:val="nl-NL"/>
              </w:rPr>
            </w:pPr>
          </w:p>
          <w:p w14:paraId="3C718AA0" w14:textId="19447BF2" w:rsidR="00BD2BBF" w:rsidRDefault="00000000" w:rsidP="00BD2BBF">
            <w:pPr>
              <w:pStyle w:val="Lijstalinea"/>
              <w:numPr>
                <w:ilvl w:val="0"/>
                <w:numId w:val="15"/>
              </w:numPr>
              <w:rPr>
                <w:lang w:val="nl-NL"/>
              </w:rPr>
            </w:pPr>
            <w:r w:rsidRPr="00BD2BBF">
              <w:rPr>
                <w:lang w:val="nl-NL"/>
              </w:rPr>
              <w:t xml:space="preserve">Doel 2 (bijv. meer </w:t>
            </w:r>
            <w:r w:rsidR="00575AD9">
              <w:rPr>
                <w:lang w:val="nl-NL"/>
              </w:rPr>
              <w:t>bewegen</w:t>
            </w:r>
            <w:r w:rsidRPr="00BD2BBF">
              <w:rPr>
                <w:lang w:val="nl-NL"/>
              </w:rPr>
              <w:t>, slaap verbeteren):</w:t>
            </w:r>
          </w:p>
          <w:p w14:paraId="2CA6D982" w14:textId="77777777" w:rsidR="00BD2BBF" w:rsidRDefault="00BD2BBF" w:rsidP="00BD2BBF">
            <w:pPr>
              <w:pStyle w:val="Lijstalinea"/>
              <w:rPr>
                <w:lang w:val="nl-NL"/>
              </w:rPr>
            </w:pPr>
          </w:p>
          <w:p w14:paraId="6B6FB4A9" w14:textId="6ADFF42A" w:rsidR="00B75405" w:rsidRPr="00BD2BBF" w:rsidRDefault="00000000" w:rsidP="00BD2BBF">
            <w:pPr>
              <w:pStyle w:val="Lijstalinea"/>
              <w:numPr>
                <w:ilvl w:val="0"/>
                <w:numId w:val="15"/>
              </w:numPr>
              <w:rPr>
                <w:lang w:val="nl-NL"/>
              </w:rPr>
            </w:pPr>
            <w:r w:rsidRPr="00BD2BBF">
              <w:rPr>
                <w:lang w:val="nl-NL"/>
              </w:rPr>
              <w:t>Doel 3 (bijv. gezondere gedachten, grenzen stellen):</w:t>
            </w:r>
          </w:p>
        </w:tc>
      </w:tr>
    </w:tbl>
    <w:p w14:paraId="41CD1606" w14:textId="77777777" w:rsidR="00B75405" w:rsidRPr="008530B3" w:rsidRDefault="00B75405">
      <w:pPr>
        <w:rPr>
          <w:lang w:val="nl-NL"/>
        </w:rPr>
      </w:pPr>
    </w:p>
    <w:p w14:paraId="73D2B925" w14:textId="77777777" w:rsidR="00B75405" w:rsidRDefault="00000000">
      <w:pPr>
        <w:spacing w:after="40"/>
      </w:pPr>
      <w:r>
        <w:rPr>
          <w:b/>
          <w:color w:val="5C7A50"/>
          <w:sz w:val="26"/>
        </w:rPr>
        <w:lastRenderedPageBreak/>
        <w:t xml:space="preserve">5. </w:t>
      </w:r>
      <w:proofErr w:type="spellStart"/>
      <w:r>
        <w:rPr>
          <w:b/>
          <w:color w:val="5C7A50"/>
          <w:sz w:val="26"/>
        </w:rPr>
        <w:t>Actieplan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B75405" w:rsidRPr="00EF0445" w14:paraId="3B6F8CFB" w14:textId="77777777" w:rsidTr="0047418A">
        <w:tc>
          <w:tcPr>
            <w:tcW w:w="10224" w:type="dxa"/>
            <w:tcBorders>
              <w:top w:val="single" w:sz="6" w:space="1" w:color="AFC8B2"/>
              <w:left w:val="single" w:sz="6" w:space="1" w:color="AFC8B2"/>
              <w:bottom w:val="single" w:sz="6" w:space="0" w:color="AFC8B2"/>
              <w:right w:val="single" w:sz="6" w:space="1" w:color="AFC8B2"/>
            </w:tcBorders>
            <w:shd w:val="clear" w:color="auto" w:fill="FBF9F4"/>
          </w:tcPr>
          <w:p w14:paraId="79BAF073" w14:textId="39D363E4" w:rsidR="0047418A" w:rsidRDefault="001F72CD">
            <w:pPr>
              <w:rPr>
                <w:lang w:val="nl-NL"/>
              </w:rPr>
            </w:pPr>
            <w:r w:rsidRPr="001F72CD">
              <w:rPr>
                <w:lang w:val="nl-NL"/>
              </w:rPr>
              <w:t xml:space="preserve">Welke </w:t>
            </w:r>
            <w:r w:rsidR="00575AD9">
              <w:rPr>
                <w:lang w:val="nl-NL"/>
              </w:rPr>
              <w:t xml:space="preserve">eerste </w:t>
            </w:r>
            <w:r w:rsidRPr="001F72CD">
              <w:rPr>
                <w:lang w:val="nl-NL"/>
              </w:rPr>
              <w:t>stap</w:t>
            </w:r>
            <w:r w:rsidR="00575AD9">
              <w:rPr>
                <w:lang w:val="nl-NL"/>
              </w:rPr>
              <w:t>(</w:t>
            </w:r>
            <w:r w:rsidRPr="001F72CD">
              <w:rPr>
                <w:lang w:val="nl-NL"/>
              </w:rPr>
              <w:t>pen</w:t>
            </w:r>
            <w:r w:rsidR="00575AD9">
              <w:rPr>
                <w:lang w:val="nl-NL"/>
              </w:rPr>
              <w:t>)</w:t>
            </w:r>
            <w:r w:rsidRPr="001F72CD">
              <w:rPr>
                <w:lang w:val="nl-NL"/>
              </w:rPr>
              <w:t xml:space="preserve"> kun je zetten om deze doelen te bereiken? Kleine, concrete acties helpen je om vooruitgang te boeken.</w:t>
            </w:r>
          </w:p>
          <w:p w14:paraId="76AE4EF4" w14:textId="77777777" w:rsidR="0047418A" w:rsidRDefault="00000000" w:rsidP="0047418A">
            <w:pPr>
              <w:pStyle w:val="Lijstalinea"/>
              <w:numPr>
                <w:ilvl w:val="0"/>
                <w:numId w:val="11"/>
              </w:numPr>
              <w:rPr>
                <w:lang w:val="nl-NL"/>
              </w:rPr>
            </w:pPr>
            <w:r w:rsidRPr="0047418A">
              <w:rPr>
                <w:lang w:val="nl-NL"/>
              </w:rPr>
              <w:t>Actie voor Doel 1 (bijv. ademhalingsoefeningen, meditatie):</w:t>
            </w:r>
          </w:p>
          <w:p w14:paraId="641D2AF6" w14:textId="77777777" w:rsidR="0047418A" w:rsidRDefault="0047418A" w:rsidP="0047418A">
            <w:pPr>
              <w:pStyle w:val="Lijstalinea"/>
              <w:rPr>
                <w:lang w:val="nl-NL"/>
              </w:rPr>
            </w:pPr>
          </w:p>
          <w:p w14:paraId="50AE3A7B" w14:textId="77777777" w:rsidR="0047418A" w:rsidRDefault="00000000" w:rsidP="0047418A">
            <w:pPr>
              <w:pStyle w:val="Lijstalinea"/>
              <w:numPr>
                <w:ilvl w:val="0"/>
                <w:numId w:val="11"/>
              </w:numPr>
              <w:rPr>
                <w:lang w:val="nl-NL"/>
              </w:rPr>
            </w:pPr>
            <w:r w:rsidRPr="0047418A">
              <w:rPr>
                <w:lang w:val="nl-NL"/>
              </w:rPr>
              <w:t>Actie voor Doel 2 (bijv. 3</w:t>
            </w:r>
            <w:r w:rsidR="001F72CD" w:rsidRPr="0047418A">
              <w:rPr>
                <w:lang w:val="nl-NL"/>
              </w:rPr>
              <w:t xml:space="preserve">x/week </w:t>
            </w:r>
            <w:r w:rsidRPr="0047418A">
              <w:rPr>
                <w:lang w:val="nl-NL"/>
              </w:rPr>
              <w:t>wandelen, bedtijd aanpassen):</w:t>
            </w:r>
          </w:p>
          <w:p w14:paraId="4706671C" w14:textId="77777777" w:rsidR="0047418A" w:rsidRPr="0047418A" w:rsidRDefault="0047418A" w:rsidP="0047418A">
            <w:pPr>
              <w:pStyle w:val="Lijstalinea"/>
              <w:rPr>
                <w:lang w:val="nl-NL"/>
              </w:rPr>
            </w:pPr>
          </w:p>
          <w:p w14:paraId="7615BFE4" w14:textId="4C64C389" w:rsidR="00B75405" w:rsidRPr="0047418A" w:rsidRDefault="00000000" w:rsidP="0047418A">
            <w:pPr>
              <w:pStyle w:val="Lijstalinea"/>
              <w:numPr>
                <w:ilvl w:val="0"/>
                <w:numId w:val="11"/>
              </w:numPr>
              <w:rPr>
                <w:lang w:val="nl-NL"/>
              </w:rPr>
            </w:pPr>
            <w:r w:rsidRPr="0047418A">
              <w:rPr>
                <w:lang w:val="nl-NL"/>
              </w:rPr>
              <w:t>Actie voor Doel 3 (bijv. nee zeggen tegen extra verplichtingen, positieve affirmaties):</w:t>
            </w:r>
          </w:p>
        </w:tc>
      </w:tr>
    </w:tbl>
    <w:p w14:paraId="41805C77" w14:textId="77777777" w:rsidR="00B75405" w:rsidRPr="008530B3" w:rsidRDefault="00B75405">
      <w:pPr>
        <w:rPr>
          <w:lang w:val="nl-NL"/>
        </w:rPr>
      </w:pPr>
    </w:p>
    <w:p w14:paraId="74680E8E" w14:textId="77777777" w:rsidR="00B75405" w:rsidRDefault="00000000">
      <w:pPr>
        <w:spacing w:after="40"/>
      </w:pPr>
      <w:r>
        <w:rPr>
          <w:b/>
          <w:color w:val="5C7A50"/>
          <w:sz w:val="26"/>
        </w:rPr>
        <w:t xml:space="preserve">6. </w:t>
      </w:r>
      <w:proofErr w:type="spellStart"/>
      <w:r>
        <w:rPr>
          <w:b/>
          <w:color w:val="5C7A50"/>
          <w:sz w:val="26"/>
        </w:rPr>
        <w:t>Ondersteuning</w:t>
      </w:r>
      <w:proofErr w:type="spellEnd"/>
      <w:r>
        <w:rPr>
          <w:b/>
          <w:color w:val="5C7A50"/>
          <w:sz w:val="26"/>
        </w:rPr>
        <w:t xml:space="preserve"> </w:t>
      </w:r>
      <w:proofErr w:type="spellStart"/>
      <w:r>
        <w:rPr>
          <w:b/>
          <w:color w:val="5C7A50"/>
          <w:sz w:val="26"/>
        </w:rPr>
        <w:t>en</w:t>
      </w:r>
      <w:proofErr w:type="spellEnd"/>
      <w:r>
        <w:rPr>
          <w:b/>
          <w:color w:val="5C7A50"/>
          <w:sz w:val="26"/>
        </w:rPr>
        <w:t xml:space="preserve"> </w:t>
      </w:r>
      <w:proofErr w:type="spellStart"/>
      <w:r>
        <w:rPr>
          <w:b/>
          <w:color w:val="5C7A50"/>
          <w:sz w:val="26"/>
        </w:rPr>
        <w:t>hulpbronnen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B75405" w:rsidRPr="00EF0445" w14:paraId="340D0458" w14:textId="77777777">
        <w:tc>
          <w:tcPr>
            <w:tcW w:w="10224" w:type="dxa"/>
            <w:tcBorders>
              <w:top w:val="single" w:sz="6" w:space="1" w:color="AFC8B2"/>
              <w:left w:val="single" w:sz="6" w:space="1" w:color="AFC8B2"/>
              <w:bottom w:val="single" w:sz="6" w:space="1" w:color="AFC8B2"/>
              <w:right w:val="single" w:sz="6" w:space="1" w:color="AFC8B2"/>
            </w:tcBorders>
            <w:shd w:val="clear" w:color="auto" w:fill="FBF9F4"/>
          </w:tcPr>
          <w:p w14:paraId="7F13B6C3" w14:textId="710A4CF9" w:rsidR="00B75405" w:rsidRDefault="001F72CD">
            <w:pPr>
              <w:rPr>
                <w:lang w:val="nl-NL"/>
              </w:rPr>
            </w:pPr>
            <w:r w:rsidRPr="001F72CD">
              <w:rPr>
                <w:lang w:val="nl-NL"/>
              </w:rPr>
              <w:t>Je staat er niet alleen voor. Denk na over wie of wat je kan helpen.</w:t>
            </w:r>
          </w:p>
          <w:p w14:paraId="626A229B" w14:textId="77777777" w:rsidR="0047418A" w:rsidRDefault="001F72CD" w:rsidP="0047418A">
            <w:pPr>
              <w:pStyle w:val="Lijstalinea"/>
              <w:numPr>
                <w:ilvl w:val="0"/>
                <w:numId w:val="10"/>
              </w:numPr>
              <w:rPr>
                <w:lang w:val="nl-NL"/>
              </w:rPr>
            </w:pPr>
            <w:r w:rsidRPr="0047418A">
              <w:rPr>
                <w:lang w:val="nl-NL"/>
              </w:rPr>
              <w:t>Steun van anderen (bijv. familie, vrienden)</w:t>
            </w:r>
            <w:r w:rsidR="0047418A">
              <w:rPr>
                <w:lang w:val="nl-NL"/>
              </w:rPr>
              <w:t>:</w:t>
            </w:r>
          </w:p>
          <w:p w14:paraId="554043AD" w14:textId="77777777" w:rsidR="0047418A" w:rsidRDefault="0047418A" w:rsidP="0047418A">
            <w:pPr>
              <w:pStyle w:val="Lijstalinea"/>
              <w:rPr>
                <w:lang w:val="nl-NL"/>
              </w:rPr>
            </w:pPr>
          </w:p>
          <w:p w14:paraId="30EB58CE" w14:textId="77777777" w:rsidR="0047418A" w:rsidRDefault="001F72CD" w:rsidP="0047418A">
            <w:pPr>
              <w:pStyle w:val="Lijstalinea"/>
              <w:numPr>
                <w:ilvl w:val="0"/>
                <w:numId w:val="10"/>
              </w:numPr>
            </w:pPr>
            <w:proofErr w:type="spellStart"/>
            <w:r w:rsidRPr="0047418A">
              <w:t>Professionele</w:t>
            </w:r>
            <w:proofErr w:type="spellEnd"/>
            <w:r w:rsidRPr="0047418A">
              <w:t xml:space="preserve"> </w:t>
            </w:r>
            <w:proofErr w:type="spellStart"/>
            <w:r w:rsidRPr="0047418A">
              <w:t>hulp</w:t>
            </w:r>
            <w:proofErr w:type="spellEnd"/>
            <w:r w:rsidRPr="0047418A">
              <w:t xml:space="preserve"> (</w:t>
            </w:r>
            <w:proofErr w:type="spellStart"/>
            <w:r w:rsidRPr="0047418A">
              <w:t>bijv</w:t>
            </w:r>
            <w:proofErr w:type="spellEnd"/>
            <w:r w:rsidRPr="0047418A">
              <w:t xml:space="preserve">. </w:t>
            </w:r>
            <w:proofErr w:type="spellStart"/>
            <w:r w:rsidRPr="0047418A">
              <w:t>therapeut</w:t>
            </w:r>
            <w:proofErr w:type="spellEnd"/>
            <w:r w:rsidRPr="0047418A">
              <w:t>, coaching, mindfulness-cursus):</w:t>
            </w:r>
          </w:p>
          <w:p w14:paraId="4FBA95ED" w14:textId="77777777" w:rsidR="0047418A" w:rsidRPr="0047418A" w:rsidRDefault="0047418A" w:rsidP="0047418A">
            <w:pPr>
              <w:pStyle w:val="Lijstalinea"/>
            </w:pPr>
          </w:p>
          <w:p w14:paraId="570348CF" w14:textId="1D0055E1" w:rsidR="001F72CD" w:rsidRPr="0047418A" w:rsidRDefault="001F72CD" w:rsidP="0047418A">
            <w:pPr>
              <w:pStyle w:val="Lijstalinea"/>
              <w:numPr>
                <w:ilvl w:val="0"/>
                <w:numId w:val="10"/>
              </w:numPr>
              <w:rPr>
                <w:lang w:val="nl-NL"/>
              </w:rPr>
            </w:pPr>
            <w:r w:rsidRPr="0047418A">
              <w:rPr>
                <w:lang w:val="nl-NL"/>
              </w:rPr>
              <w:t>Hulpmiddelen (bijv. boeken, apps, oefeningen):</w:t>
            </w:r>
          </w:p>
        </w:tc>
      </w:tr>
    </w:tbl>
    <w:p w14:paraId="726C60F5" w14:textId="77777777" w:rsidR="00B75405" w:rsidRPr="001F72CD" w:rsidRDefault="00B75405">
      <w:pPr>
        <w:rPr>
          <w:lang w:val="nl-NL"/>
        </w:rPr>
      </w:pPr>
    </w:p>
    <w:p w14:paraId="42D091A9" w14:textId="43A8E207" w:rsidR="00B75405" w:rsidRDefault="00000000">
      <w:pPr>
        <w:spacing w:after="40"/>
      </w:pPr>
      <w:r>
        <w:rPr>
          <w:b/>
          <w:color w:val="5C7A50"/>
          <w:sz w:val="26"/>
        </w:rPr>
        <w:t xml:space="preserve">7. </w:t>
      </w:r>
      <w:proofErr w:type="spellStart"/>
      <w:r w:rsidR="00E65020">
        <w:rPr>
          <w:b/>
          <w:color w:val="5C7A50"/>
          <w:sz w:val="26"/>
        </w:rPr>
        <w:t>Evaluatie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B75405" w:rsidRPr="0047418A" w14:paraId="4470AA73" w14:textId="77777777">
        <w:tc>
          <w:tcPr>
            <w:tcW w:w="10224" w:type="dxa"/>
            <w:tcBorders>
              <w:top w:val="single" w:sz="6" w:space="1" w:color="AFC8B2"/>
              <w:left w:val="single" w:sz="6" w:space="1" w:color="AFC8B2"/>
              <w:bottom w:val="single" w:sz="6" w:space="1" w:color="AFC8B2"/>
              <w:right w:val="single" w:sz="6" w:space="1" w:color="AFC8B2"/>
            </w:tcBorders>
            <w:shd w:val="clear" w:color="auto" w:fill="FBF9F4"/>
          </w:tcPr>
          <w:p w14:paraId="314CFF01" w14:textId="06FE0C72" w:rsidR="00FF24EF" w:rsidRPr="00FF24EF" w:rsidRDefault="00AD039C" w:rsidP="00FF24EF">
            <w:pPr>
              <w:rPr>
                <w:lang w:val="nl-NL"/>
              </w:rPr>
            </w:pPr>
            <w:r w:rsidRPr="00FF24EF">
              <w:rPr>
                <w:lang w:val="nl-NL"/>
              </w:rPr>
              <w:t>Plan vaste momenten om stil te staan bij je vooruitgang.</w:t>
            </w:r>
          </w:p>
          <w:p w14:paraId="2B30B6C6" w14:textId="2630983C" w:rsidR="00FF24EF" w:rsidRDefault="00000000" w:rsidP="00FF24EF">
            <w:pPr>
              <w:pStyle w:val="Lijstalinea"/>
              <w:numPr>
                <w:ilvl w:val="0"/>
                <w:numId w:val="14"/>
              </w:numPr>
              <w:rPr>
                <w:lang w:val="nl-NL"/>
              </w:rPr>
            </w:pPr>
            <w:r w:rsidRPr="00FF24EF">
              <w:rPr>
                <w:lang w:val="nl-NL"/>
              </w:rPr>
              <w:t>Wanneer evalueer je je voortgang? (bijv. wekelijks, maandelijks):</w:t>
            </w:r>
          </w:p>
          <w:p w14:paraId="71AA1D3D" w14:textId="77777777" w:rsidR="00FF24EF" w:rsidRDefault="00FF24EF" w:rsidP="00FF24EF">
            <w:pPr>
              <w:pStyle w:val="Lijstalinea"/>
              <w:rPr>
                <w:lang w:val="nl-NL"/>
              </w:rPr>
            </w:pPr>
          </w:p>
          <w:p w14:paraId="5670E792" w14:textId="06E09B15" w:rsidR="00B75405" w:rsidRPr="00FF24EF" w:rsidRDefault="00000000" w:rsidP="00FF24EF">
            <w:pPr>
              <w:pStyle w:val="Lijstalinea"/>
              <w:numPr>
                <w:ilvl w:val="0"/>
                <w:numId w:val="14"/>
              </w:numPr>
              <w:rPr>
                <w:lang w:val="nl-NL"/>
              </w:rPr>
            </w:pPr>
            <w:r w:rsidRPr="00FF24EF">
              <w:rPr>
                <w:lang w:val="nl-NL"/>
              </w:rPr>
              <w:t xml:space="preserve">Wat zal je helpen herinneren om je acties uit te voeren? (bijv. </w:t>
            </w:r>
            <w:r w:rsidR="00AD039C" w:rsidRPr="00FF24EF">
              <w:rPr>
                <w:lang w:val="nl-NL"/>
              </w:rPr>
              <w:t>agenda</w:t>
            </w:r>
            <w:r w:rsidRPr="00FF24EF">
              <w:rPr>
                <w:lang w:val="nl-NL"/>
              </w:rPr>
              <w:t>, checklist):</w:t>
            </w:r>
          </w:p>
        </w:tc>
      </w:tr>
    </w:tbl>
    <w:p w14:paraId="3147D286" w14:textId="77777777" w:rsidR="00B75405" w:rsidRPr="0047418A" w:rsidRDefault="00B75405">
      <w:pPr>
        <w:rPr>
          <w:lang w:val="nl-NL"/>
        </w:rPr>
      </w:pPr>
    </w:p>
    <w:p w14:paraId="2B6422DE" w14:textId="16ECECFF" w:rsidR="00B75405" w:rsidRDefault="00000000">
      <w:pPr>
        <w:spacing w:after="40"/>
      </w:pPr>
      <w:r>
        <w:rPr>
          <w:b/>
          <w:color w:val="5C7A50"/>
          <w:sz w:val="26"/>
        </w:rPr>
        <w:t xml:space="preserve">8. </w:t>
      </w:r>
      <w:proofErr w:type="spellStart"/>
      <w:r w:rsidR="00EF0445">
        <w:rPr>
          <w:b/>
          <w:color w:val="5C7A50"/>
          <w:sz w:val="26"/>
        </w:rPr>
        <w:t>Motivatie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B75405" w:rsidRPr="00AD039C" w14:paraId="2BFC93E6" w14:textId="77777777">
        <w:tc>
          <w:tcPr>
            <w:tcW w:w="10224" w:type="dxa"/>
            <w:tcBorders>
              <w:top w:val="single" w:sz="6" w:space="1" w:color="AFC8B2"/>
              <w:left w:val="single" w:sz="6" w:space="1" w:color="AFC8B2"/>
              <w:bottom w:val="single" w:sz="6" w:space="1" w:color="AFC8B2"/>
              <w:right w:val="single" w:sz="6" w:space="1" w:color="AFC8B2"/>
            </w:tcBorders>
            <w:shd w:val="clear" w:color="auto" w:fill="FBF9F4"/>
          </w:tcPr>
          <w:p w14:paraId="3B9A5D5D" w14:textId="18F4109B" w:rsidR="00B75405" w:rsidRPr="00AD039C" w:rsidRDefault="00AD039C">
            <w:pPr>
              <w:rPr>
                <w:lang w:val="nl-NL"/>
              </w:rPr>
            </w:pPr>
            <w:r w:rsidRPr="00A253BE">
              <w:rPr>
                <w:lang w:val="nl-NL"/>
              </w:rPr>
              <w:t>Waarom is het belangrijk voor jou om met stress aan de slag te gaan? Wat zou het je opleveren als je meer rust en balans ervaart?</w:t>
            </w:r>
            <w:r>
              <w:rPr>
                <w:lang w:val="nl-NL"/>
              </w:rPr>
              <w:t xml:space="preserve"> </w:t>
            </w:r>
            <w:r w:rsidRPr="00AD039C">
              <w:rPr>
                <w:lang w:val="nl-NL"/>
              </w:rPr>
              <w:t>Wat voor verschil zou dat maken?</w:t>
            </w:r>
            <w:r w:rsidRPr="00AD039C">
              <w:rPr>
                <w:lang w:val="nl-NL"/>
              </w:rPr>
              <w:br/>
            </w:r>
            <w:r w:rsidRPr="00AD039C">
              <w:rPr>
                <w:lang w:val="nl-NL"/>
              </w:rPr>
              <w:br/>
              <w:t>Motivatie:</w:t>
            </w:r>
          </w:p>
        </w:tc>
      </w:tr>
    </w:tbl>
    <w:p w14:paraId="13C2B39A" w14:textId="77777777" w:rsidR="00B75405" w:rsidRPr="00AD039C" w:rsidRDefault="00B75405">
      <w:pPr>
        <w:rPr>
          <w:lang w:val="nl-NL"/>
        </w:rPr>
      </w:pPr>
    </w:p>
    <w:p w14:paraId="2F70D4A4" w14:textId="117FF49E" w:rsidR="00B75405" w:rsidRDefault="00000000">
      <w:pPr>
        <w:spacing w:after="0"/>
      </w:pPr>
      <w:proofErr w:type="spellStart"/>
      <w:r>
        <w:rPr>
          <w:color w:val="323232"/>
        </w:rPr>
        <w:t>Handtekening</w:t>
      </w:r>
      <w:proofErr w:type="spellEnd"/>
      <w:r>
        <w:rPr>
          <w:color w:val="323232"/>
        </w:rPr>
        <w:t>: _____________________________</w:t>
      </w:r>
    </w:p>
    <w:p w14:paraId="169A6C2D" w14:textId="77777777" w:rsidR="00B75405" w:rsidRDefault="00B75405">
      <w:pPr>
        <w:pBdr>
          <w:bottom w:val="single" w:sz="4" w:space="1" w:color="AFC8B2"/>
        </w:pBdr>
      </w:pPr>
    </w:p>
    <w:p w14:paraId="3D34B099" w14:textId="77777777" w:rsidR="00B75405" w:rsidRDefault="00000000">
      <w:pPr>
        <w:spacing w:after="0"/>
      </w:pPr>
      <w:r>
        <w:rPr>
          <w:b/>
          <w:color w:val="5C7A50"/>
          <w:sz w:val="26"/>
        </w:rPr>
        <w:t xml:space="preserve">Tips </w:t>
      </w:r>
      <w:proofErr w:type="spellStart"/>
      <w:r>
        <w:rPr>
          <w:b/>
          <w:color w:val="5C7A50"/>
          <w:sz w:val="26"/>
        </w:rPr>
        <w:t>voor</w:t>
      </w:r>
      <w:proofErr w:type="spellEnd"/>
      <w:r>
        <w:rPr>
          <w:b/>
          <w:color w:val="5C7A50"/>
          <w:sz w:val="26"/>
        </w:rPr>
        <w:t xml:space="preserve"> </w:t>
      </w:r>
      <w:proofErr w:type="spellStart"/>
      <w:r>
        <w:rPr>
          <w:b/>
          <w:color w:val="5C7A50"/>
          <w:sz w:val="26"/>
        </w:rPr>
        <w:t>succes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B75405" w:rsidRPr="00EF0445" w14:paraId="08201C80" w14:textId="77777777">
        <w:tc>
          <w:tcPr>
            <w:tcW w:w="10224" w:type="dxa"/>
            <w:tcBorders>
              <w:top w:val="single" w:sz="6" w:space="1" w:color="AFC8B2"/>
              <w:left w:val="single" w:sz="6" w:space="1" w:color="AFC8B2"/>
              <w:bottom w:val="single" w:sz="6" w:space="1" w:color="AFC8B2"/>
              <w:right w:val="single" w:sz="6" w:space="1" w:color="AFC8B2"/>
            </w:tcBorders>
            <w:shd w:val="clear" w:color="auto" w:fill="FBF9F4"/>
          </w:tcPr>
          <w:p w14:paraId="2967A48A" w14:textId="77777777" w:rsidR="00B75405" w:rsidRPr="008530B3" w:rsidRDefault="00000000">
            <w:pPr>
              <w:rPr>
                <w:lang w:val="nl-NL"/>
              </w:rPr>
            </w:pPr>
            <w:r w:rsidRPr="008530B3">
              <w:rPr>
                <w:lang w:val="nl-NL"/>
              </w:rPr>
              <w:t>• Houd het klein: Focus eerst op één aspect van stress dat je het meeste raakt en kijk naar kleine, haalbare stappen.</w:t>
            </w:r>
            <w:r w:rsidRPr="008530B3">
              <w:rPr>
                <w:lang w:val="nl-NL"/>
              </w:rPr>
              <w:br/>
              <w:t>• Wees geduldig met jezelf: Het aanpakken van stress is een proces, geen snelle oplossing.</w:t>
            </w:r>
            <w:r w:rsidRPr="008530B3">
              <w:rPr>
                <w:lang w:val="nl-NL"/>
              </w:rPr>
              <w:br/>
              <w:t>• Vraag om hulp: Aarzel niet om steun te zoeken wanneer je het nodig hebt.</w:t>
            </w:r>
          </w:p>
        </w:tc>
      </w:tr>
    </w:tbl>
    <w:p w14:paraId="52F21039" w14:textId="77777777" w:rsidR="0052647F" w:rsidRPr="008530B3" w:rsidRDefault="0052647F">
      <w:pPr>
        <w:rPr>
          <w:lang w:val="nl-NL"/>
        </w:rPr>
      </w:pPr>
    </w:p>
    <w:sectPr w:rsidR="0052647F" w:rsidRPr="008530B3" w:rsidSect="008530B3">
      <w:pgSz w:w="12240" w:h="15840"/>
      <w:pgMar w:top="864" w:right="1008" w:bottom="56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0D2345"/>
    <w:multiLevelType w:val="hybridMultilevel"/>
    <w:tmpl w:val="9D7AF33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2650E"/>
    <w:multiLevelType w:val="hybridMultilevel"/>
    <w:tmpl w:val="CA9A1CD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EB00D5"/>
    <w:multiLevelType w:val="hybridMultilevel"/>
    <w:tmpl w:val="4D8E969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4F137A"/>
    <w:multiLevelType w:val="hybridMultilevel"/>
    <w:tmpl w:val="CFC0964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F014ED"/>
    <w:multiLevelType w:val="hybridMultilevel"/>
    <w:tmpl w:val="F76EDA5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B17A7C"/>
    <w:multiLevelType w:val="hybridMultilevel"/>
    <w:tmpl w:val="17C4022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787328">
    <w:abstractNumId w:val="8"/>
  </w:num>
  <w:num w:numId="2" w16cid:durableId="207229366">
    <w:abstractNumId w:val="6"/>
  </w:num>
  <w:num w:numId="3" w16cid:durableId="463425393">
    <w:abstractNumId w:val="5"/>
  </w:num>
  <w:num w:numId="4" w16cid:durableId="848718949">
    <w:abstractNumId w:val="4"/>
  </w:num>
  <w:num w:numId="5" w16cid:durableId="1363938184">
    <w:abstractNumId w:val="7"/>
  </w:num>
  <w:num w:numId="6" w16cid:durableId="2073043453">
    <w:abstractNumId w:val="3"/>
  </w:num>
  <w:num w:numId="7" w16cid:durableId="263541392">
    <w:abstractNumId w:val="2"/>
  </w:num>
  <w:num w:numId="8" w16cid:durableId="794174135">
    <w:abstractNumId w:val="1"/>
  </w:num>
  <w:num w:numId="9" w16cid:durableId="1267074625">
    <w:abstractNumId w:val="0"/>
  </w:num>
  <w:num w:numId="10" w16cid:durableId="2021739083">
    <w:abstractNumId w:val="13"/>
  </w:num>
  <w:num w:numId="11" w16cid:durableId="1329213861">
    <w:abstractNumId w:val="10"/>
  </w:num>
  <w:num w:numId="12" w16cid:durableId="826633388">
    <w:abstractNumId w:val="11"/>
  </w:num>
  <w:num w:numId="13" w16cid:durableId="468665858">
    <w:abstractNumId w:val="14"/>
  </w:num>
  <w:num w:numId="14" w16cid:durableId="1293825627">
    <w:abstractNumId w:val="9"/>
  </w:num>
  <w:num w:numId="15" w16cid:durableId="10740903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172"/>
    <w:rsid w:val="000F78BD"/>
    <w:rsid w:val="0010133D"/>
    <w:rsid w:val="0015074B"/>
    <w:rsid w:val="001F72CD"/>
    <w:rsid w:val="0029639D"/>
    <w:rsid w:val="00326F90"/>
    <w:rsid w:val="0047418A"/>
    <w:rsid w:val="0052647F"/>
    <w:rsid w:val="00575AD9"/>
    <w:rsid w:val="005A0DD8"/>
    <w:rsid w:val="00845615"/>
    <w:rsid w:val="008530B3"/>
    <w:rsid w:val="009356FB"/>
    <w:rsid w:val="00942869"/>
    <w:rsid w:val="009D15F3"/>
    <w:rsid w:val="00AA1D8D"/>
    <w:rsid w:val="00AD039C"/>
    <w:rsid w:val="00B47730"/>
    <w:rsid w:val="00B75405"/>
    <w:rsid w:val="00BD2BBF"/>
    <w:rsid w:val="00CB0664"/>
    <w:rsid w:val="00D659F2"/>
    <w:rsid w:val="00DC529E"/>
    <w:rsid w:val="00E65020"/>
    <w:rsid w:val="00EF0445"/>
    <w:rsid w:val="00FA600A"/>
    <w:rsid w:val="00FC693F"/>
    <w:rsid w:val="00FF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AA8ADF"/>
  <w14:defaultImageDpi w14:val="300"/>
  <w15:docId w15:val="{1661CC13-3656-49AD-92DC-5FC7F2CF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2</Pages>
  <Words>403</Words>
  <Characters>2220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R. B.</cp:lastModifiedBy>
  <cp:revision>20</cp:revision>
  <dcterms:created xsi:type="dcterms:W3CDTF">2013-12-23T23:15:00Z</dcterms:created>
  <dcterms:modified xsi:type="dcterms:W3CDTF">2025-09-27T20:27:00Z</dcterms:modified>
  <cp:category/>
</cp:coreProperties>
</file>